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E33" w:rsidRDefault="00151476">
      <w:pPr>
        <w:spacing w:after="40"/>
        <w:jc w:val="center"/>
      </w:pPr>
      <w:r>
        <w:rPr>
          <w:b/>
          <w:color w:val="304853"/>
          <w:sz w:val="24"/>
        </w:rPr>
        <w:t>CERTIFICADO DE SALUD DE PERROS O GATOS PARA SOLICITAR CERTIFICADO ZOOSANITARIO DE EXPORTACIÓN</w:t>
      </w:r>
    </w:p>
    <w:p w:rsidR="00E75E33" w:rsidRDefault="00151476">
      <w:pPr>
        <w:spacing w:after="100"/>
        <w:jc w:val="center"/>
      </w:pPr>
      <w:r>
        <w:rPr>
          <w:b/>
          <w:color w:val="1F6D55"/>
          <w:sz w:val="21"/>
        </w:rPr>
        <w:t>PERROS Y GATOS</w:t>
      </w:r>
    </w:p>
    <w:p w:rsidR="00E75E33" w:rsidRDefault="00151476">
      <w:pPr>
        <w:spacing w:before="20" w:after="40"/>
      </w:pPr>
      <w:r>
        <w:rPr>
          <w:sz w:val="17"/>
        </w:rPr>
        <w:t>Este certificado se utiliza para solicitar el certificado zoosanitario de exportación para viajar con perros y gatos. Complete todos los campos de</w:t>
      </w:r>
      <w:r>
        <w:rPr>
          <w:sz w:val="17"/>
        </w:rPr>
        <w:t xml:space="preserve"> forma legible y use el anexo correspondiente a la especie.</w:t>
      </w:r>
    </w:p>
    <w:p w:rsidR="00E75E33" w:rsidRPr="00AF1571" w:rsidRDefault="00151476" w:rsidP="00AF1571">
      <w:pPr>
        <w:pStyle w:val="Prrafodelista"/>
        <w:numPr>
          <w:ilvl w:val="0"/>
          <w:numId w:val="12"/>
        </w:numPr>
        <w:spacing w:before="20" w:after="40"/>
        <w:rPr>
          <w:b/>
        </w:rPr>
      </w:pPr>
      <w:r w:rsidRPr="00AF1571">
        <w:rPr>
          <w:b/>
          <w:sz w:val="16"/>
        </w:rPr>
        <w:t xml:space="preserve">Antes de completar el documento, el médico veterinario debe revisar los requisitos sanitarios aplicables al </w:t>
      </w:r>
      <w:proofErr w:type="spellStart"/>
      <w:r w:rsidRPr="00AF1571">
        <w:rPr>
          <w:b/>
          <w:sz w:val="16"/>
        </w:rPr>
        <w:t>país</w:t>
      </w:r>
      <w:proofErr w:type="spellEnd"/>
      <w:r w:rsidRPr="00AF1571">
        <w:rPr>
          <w:b/>
          <w:sz w:val="16"/>
        </w:rPr>
        <w:t xml:space="preserve"> al que </w:t>
      </w:r>
      <w:proofErr w:type="spellStart"/>
      <w:r w:rsidRPr="00AF1571">
        <w:rPr>
          <w:b/>
          <w:sz w:val="16"/>
        </w:rPr>
        <w:t>viaja</w:t>
      </w:r>
      <w:proofErr w:type="spellEnd"/>
      <w:r w:rsidR="00DD1B79" w:rsidRPr="00AF1571">
        <w:rPr>
          <w:b/>
          <w:sz w:val="16"/>
        </w:rPr>
        <w:t xml:space="preserve"> </w:t>
      </w:r>
      <w:r w:rsidR="00AF1571">
        <w:rPr>
          <w:b/>
          <w:sz w:val="16"/>
        </w:rPr>
        <w:t>(</w:t>
      </w:r>
      <w:proofErr w:type="spellStart"/>
      <w:r w:rsidR="00DD1B79" w:rsidRPr="00AF1571">
        <w:rPr>
          <w:b/>
          <w:sz w:val="16"/>
        </w:rPr>
        <w:fldChar w:fldCharType="begin"/>
      </w:r>
      <w:r w:rsidR="00DD1B79" w:rsidRPr="00AF1571">
        <w:rPr>
          <w:b/>
          <w:sz w:val="16"/>
        </w:rPr>
        <w:instrText xml:space="preserve"> HYPERLINK "https://app.powerbi.com/view?r=eyJrIjoiYzVhZThlMTktMDI5My00ZDNiLTg1M2YtYzE4ZDdlNTQwZjIwIiwidCI6Ijc3ZWNkYTc1LTU4NjQtNDIyYS1hNTM1LTZlYTY3MTU0MDI5YyIsImMiOjR9" </w:instrText>
      </w:r>
      <w:r w:rsidR="00DD1B79" w:rsidRPr="00AF1571">
        <w:rPr>
          <w:b/>
          <w:sz w:val="16"/>
        </w:rPr>
        <w:fldChar w:fldCharType="separate"/>
      </w:r>
      <w:r w:rsidR="00DD1B79" w:rsidRPr="00AF1571">
        <w:rPr>
          <w:rStyle w:val="Hipervnculo"/>
          <w:b/>
          <w:sz w:val="16"/>
        </w:rPr>
        <w:t>Aquí</w:t>
      </w:r>
      <w:proofErr w:type="spellEnd"/>
      <w:r w:rsidR="00DD1B79" w:rsidRPr="00AF1571">
        <w:rPr>
          <w:b/>
          <w:sz w:val="16"/>
        </w:rPr>
        <w:fldChar w:fldCharType="end"/>
      </w:r>
      <w:r w:rsidR="00AF1571">
        <w:rPr>
          <w:b/>
          <w:sz w:val="16"/>
        </w:rPr>
        <w:t xml:space="preserve">) </w:t>
      </w:r>
      <w:r w:rsidRPr="00AF1571">
        <w:rPr>
          <w:b/>
          <w:sz w:val="16"/>
        </w:rPr>
        <w:t xml:space="preserve">y </w:t>
      </w:r>
      <w:proofErr w:type="spellStart"/>
      <w:r w:rsidRPr="00AF1571">
        <w:rPr>
          <w:b/>
          <w:sz w:val="16"/>
        </w:rPr>
        <w:t>consignar</w:t>
      </w:r>
      <w:proofErr w:type="spellEnd"/>
      <w:r w:rsidRPr="00AF1571">
        <w:rPr>
          <w:b/>
          <w:sz w:val="16"/>
        </w:rPr>
        <w:t xml:space="preserve"> </w:t>
      </w:r>
      <w:proofErr w:type="spellStart"/>
      <w:r w:rsidRPr="00AF1571">
        <w:rPr>
          <w:b/>
          <w:sz w:val="16"/>
        </w:rPr>
        <w:t>únicamente</w:t>
      </w:r>
      <w:proofErr w:type="spellEnd"/>
      <w:r w:rsidRPr="00AF1571">
        <w:rPr>
          <w:b/>
          <w:sz w:val="16"/>
        </w:rPr>
        <w:t xml:space="preserve"> los antecedentes que correspondan.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3"/>
        <w:gridCol w:w="10152"/>
      </w:tblGrid>
      <w:tr w:rsidR="00E75E33">
        <w:trPr>
          <w:jc w:val="center"/>
        </w:trPr>
        <w:tc>
          <w:tcPr>
            <w:tcW w:w="50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AF3EF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75E33" w:rsidRDefault="00151476">
            <w:pPr>
              <w:spacing w:after="0"/>
            </w:pPr>
            <w:r>
              <w:rPr>
                <w:b/>
                <w:color w:val="1F6D55"/>
                <w:sz w:val="16"/>
              </w:rPr>
              <w:t>1</w:t>
            </w:r>
          </w:p>
        </w:tc>
        <w:tc>
          <w:tcPr>
            <w:tcW w:w="1015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AF3EF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75E33" w:rsidRDefault="00151476">
            <w:pPr>
              <w:spacing w:after="0"/>
            </w:pPr>
            <w:r>
              <w:rPr>
                <w:b/>
                <w:sz w:val="16"/>
              </w:rPr>
              <w:t>Informació</w:t>
            </w:r>
            <w:r>
              <w:rPr>
                <w:b/>
                <w:sz w:val="16"/>
              </w:rPr>
              <w:t>n del animal de compañía</w:t>
            </w:r>
          </w:p>
        </w:tc>
      </w:tr>
    </w:tbl>
    <w:p w:rsidR="00E75E33" w:rsidRDefault="00E75E33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E75E33">
        <w:trPr>
          <w:jc w:val="center"/>
        </w:trPr>
        <w:tc>
          <w:tcPr>
            <w:tcW w:w="518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E75E33" w:rsidRDefault="00151476">
            <w:pPr>
              <w:spacing w:after="0"/>
            </w:pPr>
            <w:r>
              <w:rPr>
                <w:sz w:val="16"/>
              </w:rPr>
              <w:t>Nombre: __________________________________</w:t>
            </w:r>
          </w:p>
        </w:tc>
        <w:tc>
          <w:tcPr>
            <w:tcW w:w="518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E75E33" w:rsidRDefault="00151476">
            <w:pPr>
              <w:spacing w:after="0"/>
            </w:pPr>
            <w:r>
              <w:rPr>
                <w:sz w:val="16"/>
              </w:rPr>
              <w:t>Especie: __________________________________</w:t>
            </w:r>
          </w:p>
        </w:tc>
      </w:tr>
      <w:tr w:rsidR="00E75E33">
        <w:trPr>
          <w:jc w:val="center"/>
        </w:trPr>
        <w:tc>
          <w:tcPr>
            <w:tcW w:w="518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E75E33" w:rsidRDefault="00151476">
            <w:pPr>
              <w:spacing w:after="0"/>
            </w:pPr>
            <w:r>
              <w:rPr>
                <w:sz w:val="16"/>
              </w:rPr>
              <w:t>Raza: ____________________________________</w:t>
            </w:r>
          </w:p>
        </w:tc>
        <w:tc>
          <w:tcPr>
            <w:tcW w:w="518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E75E33" w:rsidRDefault="00151476">
            <w:pPr>
              <w:spacing w:after="0"/>
            </w:pPr>
            <w:r>
              <w:rPr>
                <w:sz w:val="16"/>
              </w:rPr>
              <w:t>Sexo: _____________________________________</w:t>
            </w:r>
          </w:p>
        </w:tc>
      </w:tr>
      <w:tr w:rsidR="00E75E33">
        <w:trPr>
          <w:jc w:val="center"/>
        </w:trPr>
        <w:tc>
          <w:tcPr>
            <w:tcW w:w="518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E75E33" w:rsidRDefault="00151476">
            <w:pPr>
              <w:spacing w:after="0"/>
            </w:pPr>
            <w:r>
              <w:rPr>
                <w:sz w:val="16"/>
              </w:rPr>
              <w:t>Condición reproductiva: ☐ Entero/a  ☐ Esterilizado/a</w:t>
            </w:r>
          </w:p>
        </w:tc>
        <w:tc>
          <w:tcPr>
            <w:tcW w:w="518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E75E33" w:rsidRDefault="00151476">
            <w:r>
              <w:rPr>
                <w:sz w:val="16"/>
              </w:rPr>
              <w:t>Fecha de nacimiento (si se desconoce, indicar edad aproximada): __________________</w:t>
            </w:r>
          </w:p>
        </w:tc>
      </w:tr>
      <w:tr w:rsidR="00E75E33">
        <w:trPr>
          <w:jc w:val="center"/>
        </w:trPr>
        <w:tc>
          <w:tcPr>
            <w:tcW w:w="518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E75E33" w:rsidRDefault="00151476">
            <w:r>
              <w:rPr>
                <w:sz w:val="16"/>
              </w:rPr>
              <w:t>Color del pelaje: ____________________________</w:t>
            </w:r>
          </w:p>
        </w:tc>
        <w:tc>
          <w:tcPr>
            <w:tcW w:w="518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E75E33" w:rsidRDefault="00151476">
            <w:pPr>
              <w:spacing w:after="0"/>
            </w:pPr>
            <w:r>
              <w:rPr>
                <w:sz w:val="16"/>
              </w:rPr>
              <w:t>Peso (kg): __________________________________</w:t>
            </w:r>
          </w:p>
        </w:tc>
      </w:tr>
      <w:tr w:rsidR="00E75E33">
        <w:trPr>
          <w:jc w:val="center"/>
        </w:trPr>
        <w:tc>
          <w:tcPr>
            <w:tcW w:w="518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E75E33" w:rsidRDefault="00151476">
            <w:pPr>
              <w:spacing w:after="0"/>
            </w:pPr>
            <w:r>
              <w:rPr>
                <w:sz w:val="16"/>
              </w:rPr>
              <w:t>Número de microchip *: _____________________</w:t>
            </w:r>
          </w:p>
        </w:tc>
        <w:tc>
          <w:tcPr>
            <w:tcW w:w="518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E75E33" w:rsidRDefault="00151476">
            <w:pPr>
              <w:spacing w:after="0"/>
            </w:pPr>
            <w:r>
              <w:rPr>
                <w:sz w:val="16"/>
              </w:rPr>
              <w:t xml:space="preserve">Fecha de implantación o lectura: </w:t>
            </w:r>
            <w:r>
              <w:rPr>
                <w:sz w:val="16"/>
              </w:rPr>
              <w:t>______________</w:t>
            </w:r>
          </w:p>
        </w:tc>
      </w:tr>
      <w:tr w:rsidR="00E75E33">
        <w:trPr>
          <w:jc w:val="center"/>
        </w:trPr>
        <w:tc>
          <w:tcPr>
            <w:tcW w:w="518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E75E33" w:rsidRDefault="00151476">
            <w:r>
              <w:rPr>
                <w:sz w:val="16"/>
              </w:rPr>
              <w:t>Sitio anatómico de implantación del microchip: __________________</w:t>
            </w:r>
          </w:p>
        </w:tc>
        <w:tc>
          <w:tcPr>
            <w:tcW w:w="518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E75E33" w:rsidRDefault="00151476">
            <w:r>
              <w:rPr>
                <w:sz w:val="16"/>
              </w:rPr>
              <w:t>N.° de pasaporte (UE, si aplica): __________________</w:t>
            </w:r>
          </w:p>
        </w:tc>
      </w:tr>
    </w:tbl>
    <w:p w:rsidR="00E75E33" w:rsidRDefault="00151476">
      <w:pPr>
        <w:spacing w:before="20" w:after="40"/>
      </w:pPr>
      <w:r>
        <w:rPr>
          <w:sz w:val="17"/>
        </w:rPr>
        <w:t>* El microchip debe consignarse cuando lo exige el país al que viaja y cuando corresponda para el retorno a Chile.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3"/>
        <w:gridCol w:w="10152"/>
      </w:tblGrid>
      <w:tr w:rsidR="00E75E33">
        <w:trPr>
          <w:jc w:val="center"/>
        </w:trPr>
        <w:tc>
          <w:tcPr>
            <w:tcW w:w="50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AF3EF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75E33" w:rsidRDefault="00151476">
            <w:pPr>
              <w:spacing w:after="0"/>
            </w:pPr>
            <w:r>
              <w:rPr>
                <w:b/>
                <w:color w:val="1F6D55"/>
                <w:sz w:val="16"/>
              </w:rPr>
              <w:t>2</w:t>
            </w:r>
          </w:p>
        </w:tc>
        <w:tc>
          <w:tcPr>
            <w:tcW w:w="1015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AF3EF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75E33" w:rsidRDefault="00151476">
            <w:pPr>
              <w:spacing w:after="0"/>
            </w:pPr>
            <w:r>
              <w:rPr>
                <w:b/>
                <w:sz w:val="16"/>
              </w:rPr>
              <w:t>Inf</w:t>
            </w:r>
            <w:r>
              <w:rPr>
                <w:b/>
                <w:sz w:val="16"/>
              </w:rPr>
              <w:t>ormación de la persona responsable y del viaje</w:t>
            </w:r>
          </w:p>
        </w:tc>
      </w:tr>
    </w:tbl>
    <w:p w:rsidR="00E75E33" w:rsidRDefault="00E75E33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E75E33">
        <w:trPr>
          <w:jc w:val="center"/>
        </w:trPr>
        <w:tc>
          <w:tcPr>
            <w:tcW w:w="518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E75E33" w:rsidRDefault="00151476">
            <w:pPr>
              <w:spacing w:after="0"/>
            </w:pPr>
            <w:r>
              <w:rPr>
                <w:sz w:val="16"/>
              </w:rPr>
              <w:t>Nombre y apellidos: _________________________</w:t>
            </w:r>
          </w:p>
        </w:tc>
        <w:tc>
          <w:tcPr>
            <w:tcW w:w="518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E75E33" w:rsidRDefault="00151476">
            <w:r>
              <w:rPr>
                <w:sz w:val="16"/>
              </w:rPr>
              <w:t>RUT/RUN/Pasaporte: ___________________________</w:t>
            </w:r>
          </w:p>
        </w:tc>
      </w:tr>
      <w:tr w:rsidR="00E75E33">
        <w:trPr>
          <w:jc w:val="center"/>
        </w:trPr>
        <w:tc>
          <w:tcPr>
            <w:tcW w:w="518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E75E33" w:rsidRDefault="00151476">
            <w:pPr>
              <w:spacing w:after="0"/>
            </w:pPr>
            <w:r>
              <w:rPr>
                <w:sz w:val="16"/>
              </w:rPr>
              <w:t>Teléfono: __________________________________</w:t>
            </w:r>
          </w:p>
        </w:tc>
        <w:tc>
          <w:tcPr>
            <w:tcW w:w="518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E75E33" w:rsidRDefault="00151476">
            <w:pPr>
              <w:spacing w:after="0"/>
            </w:pPr>
            <w:r>
              <w:rPr>
                <w:sz w:val="16"/>
              </w:rPr>
              <w:t>Correo electrónico: ___________________________</w:t>
            </w:r>
          </w:p>
        </w:tc>
      </w:tr>
      <w:tr w:rsidR="00E75E33">
        <w:trPr>
          <w:jc w:val="center"/>
        </w:trPr>
        <w:tc>
          <w:tcPr>
            <w:tcW w:w="518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E75E33" w:rsidRDefault="00151476">
            <w:pPr>
              <w:spacing w:after="0"/>
            </w:pPr>
            <w:r>
              <w:rPr>
                <w:sz w:val="16"/>
              </w:rPr>
              <w:t xml:space="preserve">Dirección: </w:t>
            </w:r>
            <w:r>
              <w:rPr>
                <w:sz w:val="16"/>
              </w:rPr>
              <w:t>_________________________________</w:t>
            </w:r>
          </w:p>
        </w:tc>
        <w:tc>
          <w:tcPr>
            <w:tcW w:w="518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E75E33" w:rsidRDefault="00151476">
            <w:pPr>
              <w:spacing w:after="0"/>
            </w:pPr>
            <w:r>
              <w:rPr>
                <w:sz w:val="16"/>
              </w:rPr>
              <w:t>Comuna: ____________________________________</w:t>
            </w:r>
          </w:p>
        </w:tc>
      </w:tr>
      <w:tr w:rsidR="00E75E33">
        <w:trPr>
          <w:jc w:val="center"/>
        </w:trPr>
        <w:tc>
          <w:tcPr>
            <w:tcW w:w="518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E75E33" w:rsidRDefault="00151476">
            <w:pPr>
              <w:spacing w:after="0"/>
            </w:pPr>
            <w:r>
              <w:rPr>
                <w:sz w:val="16"/>
              </w:rPr>
              <w:t>Región: ___________________________________</w:t>
            </w:r>
          </w:p>
        </w:tc>
        <w:tc>
          <w:tcPr>
            <w:tcW w:w="518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E75E33" w:rsidRDefault="00151476">
            <w:pPr>
              <w:spacing w:after="0"/>
            </w:pPr>
            <w:r>
              <w:rPr>
                <w:sz w:val="16"/>
              </w:rPr>
              <w:t>País al que viaja: ____________________________</w:t>
            </w:r>
          </w:p>
        </w:tc>
      </w:tr>
      <w:tr w:rsidR="00E75E33">
        <w:trPr>
          <w:jc w:val="center"/>
        </w:trPr>
        <w:tc>
          <w:tcPr>
            <w:tcW w:w="518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E75E33" w:rsidRDefault="00151476">
            <w:r>
              <w:rPr>
                <w:sz w:val="16"/>
              </w:rPr>
              <w:t>País(es) de tránsito: _________________________________</w:t>
            </w:r>
          </w:p>
        </w:tc>
        <w:tc>
          <w:tcPr>
            <w:tcW w:w="518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E75E33" w:rsidRDefault="00151476">
            <w:pPr>
              <w:spacing w:after="0"/>
            </w:pPr>
            <w:r>
              <w:rPr>
                <w:sz w:val="16"/>
              </w:rPr>
              <w:t xml:space="preserve">Fecha prevista de viaje: </w:t>
            </w:r>
            <w:r>
              <w:rPr>
                <w:sz w:val="16"/>
              </w:rPr>
              <w:t>______________________</w:t>
            </w:r>
          </w:p>
        </w:tc>
      </w:tr>
    </w:tbl>
    <w:p w:rsidR="00E75E33" w:rsidRDefault="00151476">
      <w:pPr>
        <w:spacing w:before="20" w:after="40"/>
      </w:pPr>
      <w:r>
        <w:rPr>
          <w:sz w:val="17"/>
        </w:rPr>
        <w:t>La persona responsable corresponde a quien realizará el viaje con el animal. Si no es el propietario o tutor, debe portar una autorización simple del propietario.</w:t>
      </w:r>
    </w:p>
    <w:p w:rsidR="00E75E33" w:rsidRDefault="00151476">
      <w:pPr>
        <w:spacing w:before="40" w:after="40"/>
      </w:pPr>
      <w:r>
        <w:rPr>
          <w:b/>
        </w:rPr>
        <w:t>Antecedentes del transporte</w:t>
      </w:r>
    </w:p>
    <w:tbl>
      <w:tblPr>
        <w:tblW w:w="10445" w:type="dxa"/>
        <w:jc w:val="center"/>
        <w:tblLayout w:type="fixed"/>
        <w:tblLook w:val="04A0" w:firstRow="1" w:lastRow="0" w:firstColumn="1" w:lastColumn="0" w:noHBand="0" w:noVBand="1"/>
      </w:tblPr>
      <w:tblGrid>
        <w:gridCol w:w="4892"/>
        <w:gridCol w:w="5553"/>
      </w:tblGrid>
      <w:tr w:rsidR="00E75E33" w:rsidRPr="00DD1B79" w:rsidTr="00DD1B79">
        <w:trPr>
          <w:jc w:val="center"/>
        </w:trPr>
        <w:tc>
          <w:tcPr>
            <w:tcW w:w="489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E75E33" w:rsidRPr="00DD1B79" w:rsidRDefault="00151476">
            <w:pPr>
              <w:rPr>
                <w:sz w:val="16"/>
                <w:szCs w:val="16"/>
              </w:rPr>
            </w:pPr>
            <w:r w:rsidRPr="00DD1B79">
              <w:rPr>
                <w:sz w:val="16"/>
                <w:szCs w:val="16"/>
              </w:rPr>
              <w:t xml:space="preserve">Medio de </w:t>
            </w:r>
            <w:proofErr w:type="spellStart"/>
            <w:r w:rsidRPr="00DD1B79">
              <w:rPr>
                <w:sz w:val="16"/>
                <w:szCs w:val="16"/>
              </w:rPr>
              <w:t>transporte</w:t>
            </w:r>
            <w:proofErr w:type="spellEnd"/>
            <w:r w:rsidRPr="00DD1B79">
              <w:rPr>
                <w:sz w:val="16"/>
                <w:szCs w:val="16"/>
              </w:rPr>
              <w:t>: ☐ Aéreo  ☐ Terrestre</w:t>
            </w:r>
            <w:r w:rsidRPr="00DD1B79">
              <w:rPr>
                <w:sz w:val="16"/>
                <w:szCs w:val="16"/>
              </w:rPr>
              <w:t xml:space="preserve">  ☐ Marítimo</w:t>
            </w:r>
          </w:p>
        </w:tc>
        <w:tc>
          <w:tcPr>
            <w:tcW w:w="555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E75E33" w:rsidRPr="00DD1B79" w:rsidRDefault="00151476">
            <w:pPr>
              <w:spacing w:after="0"/>
              <w:rPr>
                <w:sz w:val="16"/>
                <w:szCs w:val="16"/>
              </w:rPr>
            </w:pPr>
            <w:r w:rsidRPr="00DD1B79">
              <w:rPr>
                <w:sz w:val="16"/>
                <w:szCs w:val="16"/>
              </w:rPr>
              <w:t>Modalidad: ☐ Particular  ☐ Público/comercial</w:t>
            </w:r>
          </w:p>
        </w:tc>
      </w:tr>
      <w:tr w:rsidR="00E75E33" w:rsidRPr="00DD1B79" w:rsidTr="00DD1B79">
        <w:trPr>
          <w:jc w:val="center"/>
        </w:trPr>
        <w:tc>
          <w:tcPr>
            <w:tcW w:w="489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E75E33" w:rsidRPr="00DD1B79" w:rsidRDefault="00151476">
            <w:pPr>
              <w:spacing w:after="0"/>
              <w:rPr>
                <w:sz w:val="16"/>
                <w:szCs w:val="16"/>
              </w:rPr>
            </w:pPr>
            <w:r w:rsidRPr="00DD1B79">
              <w:rPr>
                <w:sz w:val="16"/>
                <w:szCs w:val="16"/>
              </w:rPr>
              <w:t>N.° de vuelo / nave: ________________________</w:t>
            </w:r>
          </w:p>
        </w:tc>
        <w:tc>
          <w:tcPr>
            <w:tcW w:w="555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E75E33" w:rsidRPr="00DD1B79" w:rsidRDefault="00151476">
            <w:pPr>
              <w:spacing w:after="0"/>
              <w:rPr>
                <w:sz w:val="16"/>
                <w:szCs w:val="16"/>
              </w:rPr>
            </w:pPr>
            <w:r w:rsidRPr="00DD1B79">
              <w:rPr>
                <w:sz w:val="16"/>
                <w:szCs w:val="16"/>
              </w:rPr>
              <w:t>Patente del vehículo: _________________________</w:t>
            </w:r>
          </w:p>
        </w:tc>
      </w:tr>
      <w:tr w:rsidR="00E75E33" w:rsidRPr="00DD1B79" w:rsidTr="00DD1B79">
        <w:trPr>
          <w:jc w:val="center"/>
        </w:trPr>
        <w:tc>
          <w:tcPr>
            <w:tcW w:w="489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E75E33" w:rsidRPr="00DD1B79" w:rsidRDefault="00151476">
            <w:pPr>
              <w:spacing w:after="0"/>
              <w:rPr>
                <w:sz w:val="16"/>
                <w:szCs w:val="16"/>
              </w:rPr>
            </w:pPr>
            <w:r w:rsidRPr="00DD1B79">
              <w:rPr>
                <w:sz w:val="16"/>
                <w:szCs w:val="16"/>
              </w:rPr>
              <w:t>Empresa transportista (si aplica): ____________</w:t>
            </w:r>
          </w:p>
        </w:tc>
        <w:tc>
          <w:tcPr>
            <w:tcW w:w="555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E75E33" w:rsidRPr="00DD1B79" w:rsidRDefault="00151476">
            <w:pPr>
              <w:rPr>
                <w:sz w:val="16"/>
                <w:szCs w:val="16"/>
              </w:rPr>
            </w:pPr>
            <w:r w:rsidRPr="00DD1B79">
              <w:rPr>
                <w:sz w:val="16"/>
                <w:szCs w:val="16"/>
              </w:rPr>
              <w:t>Paso(s) fronterizo(s) (si aplica):</w:t>
            </w:r>
            <w:r w:rsidRPr="00DD1B79">
              <w:rPr>
                <w:sz w:val="16"/>
                <w:szCs w:val="16"/>
              </w:rPr>
              <w:br/>
              <w:t xml:space="preserve">1. </w:t>
            </w:r>
            <w:r w:rsidRPr="00DD1B79">
              <w:rPr>
                <w:sz w:val="16"/>
                <w:szCs w:val="16"/>
              </w:rPr>
              <w:t>__________________________________</w:t>
            </w:r>
            <w:r w:rsidRPr="00DD1B79">
              <w:rPr>
                <w:sz w:val="16"/>
                <w:szCs w:val="16"/>
              </w:rPr>
              <w:br/>
              <w:t>2. __________________________________</w:t>
            </w:r>
            <w:r w:rsidRPr="00DD1B79">
              <w:rPr>
                <w:sz w:val="16"/>
                <w:szCs w:val="16"/>
              </w:rPr>
              <w:br/>
              <w:t>3. __________________________________</w:t>
            </w:r>
          </w:p>
        </w:tc>
      </w:tr>
    </w:tbl>
    <w:p w:rsidR="00E75E33" w:rsidRDefault="00E75E33">
      <w:pPr>
        <w:spacing w:after="0"/>
      </w:pPr>
    </w:p>
    <w:p w:rsidR="00DD1B79" w:rsidRDefault="00DD1B79">
      <w:pPr>
        <w:spacing w:after="0"/>
      </w:pPr>
    </w:p>
    <w:p w:rsidR="00DD1B79" w:rsidRDefault="00DD1B79">
      <w:pPr>
        <w:spacing w:after="0"/>
      </w:pPr>
    </w:p>
    <w:p w:rsidR="00DD1B79" w:rsidRDefault="00DD1B79">
      <w:pPr>
        <w:spacing w:before="20" w:after="40"/>
        <w:rPr>
          <w:b/>
          <w:sz w:val="17"/>
        </w:rPr>
      </w:pPr>
    </w:p>
    <w:tbl>
      <w:tblPr>
        <w:tblW w:w="10662" w:type="dxa"/>
        <w:jc w:val="center"/>
        <w:tblLayout w:type="fixed"/>
        <w:tblLook w:val="04A0" w:firstRow="1" w:lastRow="0" w:firstColumn="1" w:lastColumn="0" w:noHBand="0" w:noVBand="1"/>
      </w:tblPr>
      <w:tblGrid>
        <w:gridCol w:w="5109"/>
        <w:gridCol w:w="5553"/>
      </w:tblGrid>
      <w:tr w:rsidR="00DD1B79" w:rsidRPr="00DD1B79" w:rsidTr="009F07B8">
        <w:trPr>
          <w:jc w:val="center"/>
        </w:trPr>
        <w:tc>
          <w:tcPr>
            <w:tcW w:w="510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AF3EF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DD1B79" w:rsidRPr="00DD1B79" w:rsidRDefault="00DD1B79" w:rsidP="009F07B8">
            <w:pPr>
              <w:spacing w:after="0"/>
              <w:rPr>
                <w:sz w:val="16"/>
                <w:szCs w:val="16"/>
              </w:rPr>
            </w:pPr>
            <w:r w:rsidRPr="00DD1B79">
              <w:rPr>
                <w:b/>
                <w:color w:val="1F6D55"/>
                <w:sz w:val="16"/>
                <w:szCs w:val="16"/>
              </w:rPr>
              <w:t>3</w:t>
            </w:r>
          </w:p>
        </w:tc>
        <w:tc>
          <w:tcPr>
            <w:tcW w:w="555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AF3EF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DD1B79" w:rsidRPr="00DD1B79" w:rsidRDefault="00DD1B79" w:rsidP="009F07B8">
            <w:pPr>
              <w:spacing w:after="0"/>
              <w:rPr>
                <w:sz w:val="16"/>
                <w:szCs w:val="16"/>
              </w:rPr>
            </w:pPr>
            <w:proofErr w:type="spellStart"/>
            <w:r w:rsidRPr="00DD1B79">
              <w:rPr>
                <w:b/>
                <w:sz w:val="16"/>
                <w:szCs w:val="16"/>
              </w:rPr>
              <w:t>Evaluación</w:t>
            </w:r>
            <w:proofErr w:type="spellEnd"/>
            <w:r w:rsidRPr="00DD1B79">
              <w:rPr>
                <w:b/>
                <w:sz w:val="16"/>
                <w:szCs w:val="16"/>
              </w:rPr>
              <w:t xml:space="preserve"> del </w:t>
            </w:r>
            <w:proofErr w:type="spellStart"/>
            <w:r w:rsidRPr="00DD1B79">
              <w:rPr>
                <w:b/>
                <w:sz w:val="16"/>
                <w:szCs w:val="16"/>
              </w:rPr>
              <w:t>estado</w:t>
            </w:r>
            <w:proofErr w:type="spellEnd"/>
            <w:r w:rsidRPr="00DD1B79">
              <w:rPr>
                <w:b/>
                <w:sz w:val="16"/>
                <w:szCs w:val="16"/>
              </w:rPr>
              <w:t xml:space="preserve"> de </w:t>
            </w:r>
            <w:proofErr w:type="spellStart"/>
            <w:r w:rsidRPr="00DD1B79">
              <w:rPr>
                <w:b/>
                <w:sz w:val="16"/>
                <w:szCs w:val="16"/>
              </w:rPr>
              <w:t>salud</w:t>
            </w:r>
            <w:proofErr w:type="spellEnd"/>
          </w:p>
        </w:tc>
      </w:tr>
    </w:tbl>
    <w:p w:rsidR="00DD1B79" w:rsidRDefault="00DD1B79">
      <w:pPr>
        <w:spacing w:before="20" w:after="40"/>
        <w:rPr>
          <w:b/>
          <w:sz w:val="17"/>
        </w:rPr>
      </w:pPr>
    </w:p>
    <w:p w:rsidR="00E75E33" w:rsidRDefault="00151476">
      <w:pPr>
        <w:spacing w:before="20" w:after="40"/>
      </w:pPr>
      <w:r>
        <w:rPr>
          <w:b/>
          <w:sz w:val="17"/>
        </w:rPr>
        <w:t xml:space="preserve">El </w:t>
      </w:r>
      <w:proofErr w:type="spellStart"/>
      <w:r>
        <w:rPr>
          <w:b/>
          <w:sz w:val="17"/>
        </w:rPr>
        <w:t>médico</w:t>
      </w:r>
      <w:proofErr w:type="spellEnd"/>
      <w:r>
        <w:rPr>
          <w:b/>
          <w:sz w:val="17"/>
        </w:rPr>
        <w:t xml:space="preserve"> </w:t>
      </w:r>
      <w:proofErr w:type="spellStart"/>
      <w:r>
        <w:rPr>
          <w:b/>
          <w:sz w:val="17"/>
        </w:rPr>
        <w:t>veterinario</w:t>
      </w:r>
      <w:proofErr w:type="spellEnd"/>
      <w:r>
        <w:rPr>
          <w:b/>
          <w:sz w:val="17"/>
        </w:rPr>
        <w:t xml:space="preserve"> que suscribe certifica</w:t>
      </w:r>
      <w:r>
        <w:rPr>
          <w:sz w:val="17"/>
        </w:rPr>
        <w:t xml:space="preserve"> que el animal de compañía (perro o gato):</w:t>
      </w:r>
    </w:p>
    <w:p w:rsidR="00E75E33" w:rsidRDefault="00151476" w:rsidP="00DD1B79">
      <w:pPr>
        <w:pStyle w:val="Prrafodelista"/>
        <w:numPr>
          <w:ilvl w:val="0"/>
          <w:numId w:val="11"/>
        </w:numPr>
        <w:spacing w:before="20" w:after="40"/>
        <w:jc w:val="both"/>
      </w:pPr>
      <w:r w:rsidRPr="00DD1B79">
        <w:rPr>
          <w:sz w:val="17"/>
        </w:rPr>
        <w:t xml:space="preserve">Se </w:t>
      </w:r>
      <w:proofErr w:type="spellStart"/>
      <w:r w:rsidRPr="00DD1B79">
        <w:rPr>
          <w:sz w:val="17"/>
        </w:rPr>
        <w:t>encuentra</w:t>
      </w:r>
      <w:proofErr w:type="spellEnd"/>
      <w:r w:rsidRPr="00DD1B79">
        <w:rPr>
          <w:sz w:val="17"/>
        </w:rPr>
        <w:t xml:space="preserve"> </w:t>
      </w:r>
      <w:proofErr w:type="spellStart"/>
      <w:r w:rsidRPr="00DD1B79">
        <w:rPr>
          <w:sz w:val="17"/>
        </w:rPr>
        <w:t>clínicamente</w:t>
      </w:r>
      <w:proofErr w:type="spellEnd"/>
      <w:r w:rsidRPr="00DD1B79">
        <w:rPr>
          <w:sz w:val="17"/>
        </w:rPr>
        <w:t xml:space="preserve"> </w:t>
      </w:r>
      <w:proofErr w:type="spellStart"/>
      <w:r w:rsidRPr="00DD1B79">
        <w:rPr>
          <w:sz w:val="17"/>
        </w:rPr>
        <w:t>sano</w:t>
      </w:r>
      <w:proofErr w:type="spellEnd"/>
      <w:r w:rsidRPr="00DD1B79">
        <w:rPr>
          <w:sz w:val="17"/>
        </w:rPr>
        <w:t xml:space="preserve"> al examen físico y apto para el viaje, sin presentar tumoraciones, heridas frescas o en proceso de cicatrización, </w:t>
      </w:r>
      <w:proofErr w:type="gramStart"/>
      <w:r w:rsidRPr="00DD1B79">
        <w:rPr>
          <w:sz w:val="17"/>
        </w:rPr>
        <w:t>ni</w:t>
      </w:r>
      <w:proofErr w:type="gramEnd"/>
      <w:r w:rsidRPr="00DD1B79">
        <w:rPr>
          <w:sz w:val="17"/>
        </w:rPr>
        <w:t xml:space="preserve"> signos de enfermedades infectocontagiosas, cuarentenables o transmisibles.</w:t>
      </w:r>
    </w:p>
    <w:p w:rsidR="00E75E33" w:rsidRDefault="00151476" w:rsidP="00DD1B79">
      <w:pPr>
        <w:pStyle w:val="Prrafodelista"/>
        <w:numPr>
          <w:ilvl w:val="0"/>
          <w:numId w:val="11"/>
        </w:numPr>
        <w:spacing w:before="20" w:after="40"/>
        <w:jc w:val="both"/>
      </w:pPr>
      <w:r w:rsidRPr="00DD1B79">
        <w:rPr>
          <w:sz w:val="17"/>
        </w:rPr>
        <w:t xml:space="preserve">Al examen físico no se observa presencia de </w:t>
      </w:r>
      <w:r w:rsidRPr="00DD1B79">
        <w:rPr>
          <w:sz w:val="17"/>
        </w:rPr>
        <w:t xml:space="preserve">parásitos externos; asimismo, se </w:t>
      </w:r>
      <w:proofErr w:type="gramStart"/>
      <w:r w:rsidRPr="00DD1B79">
        <w:rPr>
          <w:sz w:val="17"/>
        </w:rPr>
        <w:t>han</w:t>
      </w:r>
      <w:proofErr w:type="gramEnd"/>
      <w:r w:rsidRPr="00DD1B79">
        <w:rPr>
          <w:sz w:val="17"/>
        </w:rPr>
        <w:t xml:space="preserve"> verificado los antecedentes de desparasitación interna y externa consignados en el anexo correspondiente.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3"/>
        <w:gridCol w:w="10152"/>
      </w:tblGrid>
      <w:tr w:rsidR="00E75E33">
        <w:trPr>
          <w:jc w:val="center"/>
        </w:trPr>
        <w:tc>
          <w:tcPr>
            <w:tcW w:w="50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AF3EF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75E33" w:rsidRDefault="00151476">
            <w:pPr>
              <w:spacing w:after="0"/>
            </w:pPr>
            <w:r>
              <w:rPr>
                <w:b/>
                <w:color w:val="1F6D55"/>
                <w:sz w:val="16"/>
              </w:rPr>
              <w:t>4</w:t>
            </w:r>
          </w:p>
        </w:tc>
        <w:tc>
          <w:tcPr>
            <w:tcW w:w="1015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AF3EF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75E33" w:rsidRDefault="00151476">
            <w:pPr>
              <w:spacing w:after="0"/>
            </w:pPr>
            <w:r>
              <w:rPr>
                <w:b/>
                <w:sz w:val="16"/>
              </w:rPr>
              <w:t>Datos del médico veterinario que firma el documento</w:t>
            </w:r>
          </w:p>
        </w:tc>
      </w:tr>
    </w:tbl>
    <w:p w:rsidR="00E75E33" w:rsidRDefault="00E75E33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E75E33">
        <w:trPr>
          <w:jc w:val="center"/>
        </w:trPr>
        <w:tc>
          <w:tcPr>
            <w:tcW w:w="518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E75E33" w:rsidRDefault="00151476">
            <w:pPr>
              <w:spacing w:after="0"/>
            </w:pPr>
            <w:r>
              <w:rPr>
                <w:sz w:val="16"/>
              </w:rPr>
              <w:t>Nombre y apellidos: _________________________</w:t>
            </w:r>
          </w:p>
        </w:tc>
        <w:tc>
          <w:tcPr>
            <w:tcW w:w="518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E75E33" w:rsidRDefault="00151476">
            <w:pPr>
              <w:spacing w:after="0"/>
            </w:pPr>
            <w:r>
              <w:rPr>
                <w:sz w:val="16"/>
              </w:rPr>
              <w:t>Correo elec</w:t>
            </w:r>
            <w:r>
              <w:rPr>
                <w:sz w:val="16"/>
              </w:rPr>
              <w:t>trónico: ___________________________</w:t>
            </w:r>
          </w:p>
        </w:tc>
      </w:tr>
      <w:tr w:rsidR="00E75E33">
        <w:trPr>
          <w:jc w:val="center"/>
        </w:trPr>
        <w:tc>
          <w:tcPr>
            <w:tcW w:w="518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E75E33" w:rsidRDefault="00151476">
            <w:pPr>
              <w:spacing w:after="0"/>
            </w:pPr>
            <w:r>
              <w:rPr>
                <w:sz w:val="16"/>
              </w:rPr>
              <w:t>RUN/RUT: __________________________________</w:t>
            </w:r>
          </w:p>
        </w:tc>
        <w:tc>
          <w:tcPr>
            <w:tcW w:w="518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E75E33" w:rsidRDefault="00151476">
            <w:pPr>
              <w:spacing w:after="0"/>
            </w:pPr>
            <w:r>
              <w:rPr>
                <w:sz w:val="16"/>
              </w:rPr>
              <w:t>Teléfono: ___________________________________</w:t>
            </w:r>
          </w:p>
        </w:tc>
      </w:tr>
      <w:tr w:rsidR="00E75E33">
        <w:trPr>
          <w:jc w:val="center"/>
        </w:trPr>
        <w:tc>
          <w:tcPr>
            <w:tcW w:w="518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E75E33" w:rsidRDefault="00151476">
            <w:pPr>
              <w:spacing w:after="0"/>
            </w:pPr>
            <w:r>
              <w:rPr>
                <w:sz w:val="16"/>
              </w:rPr>
              <w:t>Dirección: _________________________________</w:t>
            </w:r>
          </w:p>
        </w:tc>
        <w:tc>
          <w:tcPr>
            <w:tcW w:w="518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E75E33" w:rsidRDefault="00151476">
            <w:pPr>
              <w:spacing w:after="0"/>
            </w:pPr>
            <w:r>
              <w:rPr>
                <w:sz w:val="16"/>
              </w:rPr>
              <w:t>Comuna: ____________________________________</w:t>
            </w:r>
          </w:p>
        </w:tc>
      </w:tr>
      <w:tr w:rsidR="00E75E33">
        <w:trPr>
          <w:jc w:val="center"/>
        </w:trPr>
        <w:tc>
          <w:tcPr>
            <w:tcW w:w="518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E75E33" w:rsidRDefault="00151476">
            <w:pPr>
              <w:spacing w:after="0"/>
            </w:pPr>
            <w:r>
              <w:rPr>
                <w:sz w:val="16"/>
              </w:rPr>
              <w:t xml:space="preserve">Región: </w:t>
            </w:r>
            <w:r>
              <w:rPr>
                <w:sz w:val="16"/>
              </w:rPr>
              <w:t>___________________________________</w:t>
            </w:r>
          </w:p>
        </w:tc>
        <w:tc>
          <w:tcPr>
            <w:tcW w:w="518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E75E33" w:rsidRDefault="00151476">
            <w:pPr>
              <w:spacing w:after="0"/>
            </w:pPr>
            <w:r>
              <w:rPr>
                <w:sz w:val="16"/>
              </w:rPr>
              <w:t>Fecha de inspección física: ____________________</w:t>
            </w:r>
          </w:p>
        </w:tc>
      </w:tr>
    </w:tbl>
    <w:p w:rsidR="00E75E33" w:rsidRDefault="00151476">
      <w:pPr>
        <w:spacing w:before="20" w:after="40"/>
      </w:pPr>
      <w:r>
        <w:rPr>
          <w:sz w:val="17"/>
        </w:rPr>
        <w:t xml:space="preserve">La inspección física debe efectuarse con la anticipación exigida por el país al que viaja. Cuando corresponda, considerar 10 días antes de la fecha de viaje; para perros </w:t>
      </w:r>
      <w:r>
        <w:rPr>
          <w:sz w:val="17"/>
        </w:rPr>
        <w:t>con destino a Reino Unido, Finlandia, Noruega o Malta, verificar además las exigencias específicas aplicables entre 24 y 120 horas antes del viaje.</w:t>
      </w:r>
    </w:p>
    <w:p w:rsidR="00E75E33" w:rsidRDefault="00151476">
      <w:pPr>
        <w:spacing w:before="20" w:after="40"/>
      </w:pPr>
      <w:r>
        <w:rPr>
          <w:sz w:val="17"/>
        </w:rPr>
        <w:t>Adjunte la información sanitaria y los respaldos correspondientes al anexo de la especie.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3"/>
        <w:gridCol w:w="10152"/>
      </w:tblGrid>
      <w:tr w:rsidR="00E75E33">
        <w:trPr>
          <w:jc w:val="center"/>
        </w:trPr>
        <w:tc>
          <w:tcPr>
            <w:tcW w:w="50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AF3EF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75E33" w:rsidRDefault="00151476">
            <w:pPr>
              <w:spacing w:after="0"/>
            </w:pPr>
            <w:r>
              <w:rPr>
                <w:b/>
                <w:color w:val="1F6D55"/>
                <w:sz w:val="16"/>
              </w:rPr>
              <w:t>5</w:t>
            </w:r>
          </w:p>
        </w:tc>
        <w:tc>
          <w:tcPr>
            <w:tcW w:w="1015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AF3EF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75E33" w:rsidRDefault="00151476">
            <w:r>
              <w:rPr>
                <w:b/>
                <w:sz w:val="16"/>
              </w:rPr>
              <w:t>Observaciones sa</w:t>
            </w:r>
            <w:r>
              <w:rPr>
                <w:b/>
                <w:sz w:val="16"/>
              </w:rPr>
              <w:t>nitarias relevantes</w:t>
            </w:r>
          </w:p>
        </w:tc>
      </w:tr>
    </w:tbl>
    <w:p w:rsidR="00E75E33" w:rsidRDefault="00E75E33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E75E33">
        <w:trPr>
          <w:jc w:val="center"/>
        </w:trPr>
        <w:tc>
          <w:tcPr>
            <w:tcW w:w="518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E75E33" w:rsidRDefault="00151476">
            <w:pPr>
              <w:spacing w:after="0"/>
            </w:pPr>
            <w:r>
              <w:rPr>
                <w:sz w:val="16"/>
              </w:rPr>
              <w:t>Condición del canil/contenedor de transporte (si aplica)</w:t>
            </w:r>
          </w:p>
        </w:tc>
        <w:tc>
          <w:tcPr>
            <w:tcW w:w="518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E75E33" w:rsidRDefault="00E75E33">
            <w:pPr>
              <w:spacing w:after="0"/>
            </w:pPr>
          </w:p>
        </w:tc>
      </w:tr>
      <w:tr w:rsidR="00E75E33">
        <w:trPr>
          <w:jc w:val="center"/>
        </w:trPr>
        <w:tc>
          <w:tcPr>
            <w:tcW w:w="518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E75E33" w:rsidRDefault="00151476">
            <w:pPr>
              <w:spacing w:after="0"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Lavado  ☐ Desinfectado  ☐ No aplica</w:t>
            </w:r>
          </w:p>
        </w:tc>
        <w:tc>
          <w:tcPr>
            <w:tcW w:w="518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E75E33" w:rsidRDefault="00151476">
            <w:pPr>
              <w:spacing w:after="0"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Sin camas/materiales similares  ☐ No aplica</w:t>
            </w:r>
          </w:p>
        </w:tc>
      </w:tr>
    </w:tbl>
    <w:p w:rsidR="001555A9" w:rsidRDefault="001555A9">
      <w:pPr>
        <w:spacing w:after="20"/>
        <w:rPr>
          <w:b/>
          <w:sz w:val="15"/>
        </w:rPr>
      </w:pPr>
    </w:p>
    <w:p w:rsidR="00E75E33" w:rsidRDefault="00151476">
      <w:pPr>
        <w:spacing w:after="20"/>
        <w:rPr>
          <w:b/>
          <w:sz w:val="15"/>
        </w:rPr>
      </w:pPr>
      <w:proofErr w:type="spellStart"/>
      <w:r w:rsidRPr="00A25733">
        <w:rPr>
          <w:b/>
          <w:sz w:val="15"/>
        </w:rPr>
        <w:t>Observaciones</w:t>
      </w:r>
      <w:proofErr w:type="spellEnd"/>
      <w:r w:rsidRPr="00A25733">
        <w:rPr>
          <w:b/>
          <w:sz w:val="15"/>
        </w:rPr>
        <w:t xml:space="preserve"> </w:t>
      </w:r>
      <w:proofErr w:type="spellStart"/>
      <w:r w:rsidRPr="00A25733">
        <w:rPr>
          <w:b/>
          <w:sz w:val="15"/>
        </w:rPr>
        <w:t>sanitarias</w:t>
      </w:r>
      <w:proofErr w:type="spellEnd"/>
      <w:r w:rsidRPr="00A25733">
        <w:rPr>
          <w:b/>
          <w:sz w:val="15"/>
        </w:rPr>
        <w:t xml:space="preserve"> </w:t>
      </w:r>
      <w:proofErr w:type="spellStart"/>
      <w:r w:rsidRPr="00A25733">
        <w:rPr>
          <w:b/>
          <w:sz w:val="15"/>
        </w:rPr>
        <w:t>relevantes</w:t>
      </w:r>
      <w:proofErr w:type="spellEnd"/>
      <w:r w:rsidRPr="00A25733">
        <w:rPr>
          <w:b/>
          <w:sz w:val="15"/>
        </w:rPr>
        <w:t>:</w:t>
      </w:r>
    </w:p>
    <w:p w:rsidR="00A25733" w:rsidRPr="00A25733" w:rsidRDefault="00A25733">
      <w:pPr>
        <w:spacing w:after="20"/>
        <w:rPr>
          <w:b/>
          <w:sz w:val="15"/>
        </w:rPr>
      </w:pPr>
      <w:r>
        <w:rPr>
          <w:b/>
          <w:sz w:val="15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555A9" w:rsidRPr="00A25733" w:rsidRDefault="001555A9">
      <w:pPr>
        <w:spacing w:before="240"/>
        <w:jc w:val="center"/>
        <w:rPr>
          <w:b/>
          <w:sz w:val="20"/>
        </w:rPr>
      </w:pPr>
    </w:p>
    <w:p w:rsidR="001555A9" w:rsidRDefault="001555A9" w:rsidP="00A25733">
      <w:pPr>
        <w:spacing w:before="240"/>
        <w:rPr>
          <w:sz w:val="20"/>
        </w:rPr>
      </w:pPr>
    </w:p>
    <w:p w:rsidR="00E75E33" w:rsidRDefault="00151476">
      <w:pPr>
        <w:spacing w:before="240"/>
        <w:jc w:val="center"/>
      </w:pPr>
      <w:r>
        <w:rPr>
          <w:sz w:val="20"/>
        </w:rPr>
        <w:t>_______________________</w:t>
      </w:r>
    </w:p>
    <w:p w:rsidR="00E75E33" w:rsidRDefault="00151476">
      <w:pPr>
        <w:spacing w:after="0"/>
        <w:jc w:val="center"/>
      </w:pPr>
      <w:r>
        <w:rPr>
          <w:b/>
        </w:rPr>
        <w:t>Firma y timbre del</w:t>
      </w:r>
      <w:r>
        <w:rPr>
          <w:b/>
        </w:rPr>
        <w:t xml:space="preserve"> médico veterinario</w:t>
      </w:r>
    </w:p>
    <w:p w:rsidR="00E75E33" w:rsidRDefault="00E75E33">
      <w:pPr>
        <w:sectPr w:rsidR="00E75E33">
          <w:headerReference w:type="default" r:id="rId8"/>
          <w:footerReference w:type="default" r:id="rId9"/>
          <w:pgSz w:w="12240" w:h="15840"/>
          <w:pgMar w:top="1224" w:right="864" w:bottom="792" w:left="864" w:header="720" w:footer="720" w:gutter="0"/>
          <w:cols w:space="720"/>
          <w:docGrid w:linePitch="360"/>
        </w:sectPr>
      </w:pPr>
    </w:p>
    <w:p w:rsidR="00E75E33" w:rsidRDefault="00151476">
      <w:pPr>
        <w:spacing w:after="40"/>
        <w:jc w:val="center"/>
      </w:pPr>
      <w:r>
        <w:rPr>
          <w:b/>
          <w:color w:val="304853"/>
          <w:sz w:val="20"/>
        </w:rPr>
        <w:t>ANEXO 1</w:t>
      </w:r>
    </w:p>
    <w:p w:rsidR="00E75E33" w:rsidRDefault="00151476">
      <w:pPr>
        <w:jc w:val="center"/>
      </w:pPr>
      <w:r>
        <w:rPr>
          <w:b/>
          <w:color w:val="1F6D55"/>
          <w:sz w:val="22"/>
        </w:rPr>
        <w:t>Programa de vacunación y desparasitación para FELINOS</w:t>
      </w:r>
    </w:p>
    <w:p w:rsidR="00E75E33" w:rsidRDefault="00151476">
      <w:pPr>
        <w:spacing w:before="20" w:after="40"/>
      </w:pPr>
      <w:r>
        <w:rPr>
          <w:sz w:val="16"/>
        </w:rPr>
        <w:t xml:space="preserve">Complete los </w:t>
      </w:r>
      <w:r>
        <w:rPr>
          <w:sz w:val="16"/>
        </w:rPr>
        <w:t>antecedentes sanitarios aplicables y adjunte los respaldos originales correspondientes. Cuando exista etiqueta adhesiva de la vacuna, adjúntela; en su defecto, indique el número de serie/lote y acompañe el respaldo documental.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3"/>
        <w:gridCol w:w="14760"/>
      </w:tblGrid>
      <w:tr w:rsidR="00E75E33">
        <w:trPr>
          <w:jc w:val="center"/>
        </w:trPr>
        <w:tc>
          <w:tcPr>
            <w:tcW w:w="50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AF3EF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75E33" w:rsidRDefault="00151476">
            <w:pPr>
              <w:spacing w:after="0"/>
            </w:pPr>
            <w:r>
              <w:rPr>
                <w:b/>
                <w:color w:val="1F6D55"/>
                <w:sz w:val="16"/>
              </w:rPr>
              <w:t>1</w:t>
            </w:r>
          </w:p>
        </w:tc>
        <w:tc>
          <w:tcPr>
            <w:tcW w:w="1476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AF3EF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75E33" w:rsidRDefault="00151476">
            <w:pPr>
              <w:spacing w:after="0"/>
            </w:pPr>
            <w:r>
              <w:rPr>
                <w:b/>
                <w:sz w:val="16"/>
              </w:rPr>
              <w:t>Vacunación</w:t>
            </w:r>
          </w:p>
        </w:tc>
      </w:tr>
    </w:tbl>
    <w:p w:rsidR="00E75E33" w:rsidRDefault="00E75E33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45"/>
        <w:gridCol w:w="2088"/>
        <w:gridCol w:w="1800"/>
        <w:gridCol w:w="1584"/>
        <w:gridCol w:w="1440"/>
        <w:gridCol w:w="1555"/>
        <w:gridCol w:w="1800"/>
        <w:gridCol w:w="2232"/>
      </w:tblGrid>
      <w:tr w:rsidR="00E75E33">
        <w:trPr>
          <w:cantSplit/>
          <w:tblHeader/>
          <w:jc w:val="center"/>
        </w:trPr>
        <w:tc>
          <w:tcPr>
            <w:tcW w:w="204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1F6D55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151476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Vacuna</w:t>
            </w:r>
          </w:p>
        </w:tc>
        <w:tc>
          <w:tcPr>
            <w:tcW w:w="208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1F6D55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151476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 xml:space="preserve">Nombre </w:t>
            </w:r>
            <w:r>
              <w:rPr>
                <w:b/>
                <w:color w:val="FFFFFF"/>
                <w:sz w:val="16"/>
              </w:rPr>
              <w:t>de la vacuna</w:t>
            </w:r>
          </w:p>
        </w:tc>
        <w:tc>
          <w:tcPr>
            <w:tcW w:w="18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1F6D55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151476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Tipo de vacuna *</w:t>
            </w:r>
          </w:p>
        </w:tc>
        <w:tc>
          <w:tcPr>
            <w:tcW w:w="158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1F6D55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151476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Laboratorio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1F6D55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151476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N.° serie/lote</w:t>
            </w:r>
          </w:p>
        </w:tc>
        <w:tc>
          <w:tcPr>
            <w:tcW w:w="155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1F6D55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151476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Fecha vacunación</w:t>
            </w:r>
          </w:p>
        </w:tc>
        <w:tc>
          <w:tcPr>
            <w:tcW w:w="18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1F6D55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151476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Vigencia / vencimiento</w:t>
            </w:r>
          </w:p>
        </w:tc>
        <w:tc>
          <w:tcPr>
            <w:tcW w:w="223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1F6D55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151476">
            <w:r>
              <w:rPr>
                <w:b/>
                <w:sz w:val="15"/>
              </w:rPr>
              <w:t>N.° certificado vacuna antirrábica **</w:t>
            </w:r>
          </w:p>
        </w:tc>
      </w:tr>
      <w:tr w:rsidR="00E75E33">
        <w:trPr>
          <w:cantSplit/>
          <w:jc w:val="center"/>
        </w:trPr>
        <w:tc>
          <w:tcPr>
            <w:tcW w:w="204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151476">
            <w:pPr>
              <w:spacing w:after="0"/>
            </w:pPr>
            <w:r>
              <w:rPr>
                <w:sz w:val="16"/>
              </w:rPr>
              <w:t>Panleucopenia</w:t>
            </w:r>
          </w:p>
        </w:tc>
        <w:tc>
          <w:tcPr>
            <w:tcW w:w="208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E75E33">
            <w:pPr>
              <w:spacing w:after="0"/>
            </w:pPr>
          </w:p>
        </w:tc>
        <w:tc>
          <w:tcPr>
            <w:tcW w:w="18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E75E33">
            <w:pPr>
              <w:spacing w:after="0"/>
            </w:pPr>
          </w:p>
        </w:tc>
        <w:tc>
          <w:tcPr>
            <w:tcW w:w="158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E75E33">
            <w:pPr>
              <w:spacing w:after="0"/>
            </w:pP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E75E33">
            <w:pPr>
              <w:spacing w:after="0"/>
            </w:pPr>
          </w:p>
        </w:tc>
        <w:tc>
          <w:tcPr>
            <w:tcW w:w="155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E75E33">
            <w:pPr>
              <w:spacing w:after="0"/>
            </w:pPr>
          </w:p>
        </w:tc>
        <w:tc>
          <w:tcPr>
            <w:tcW w:w="18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E75E33">
            <w:pPr>
              <w:spacing w:after="0"/>
            </w:pPr>
          </w:p>
        </w:tc>
        <w:tc>
          <w:tcPr>
            <w:tcW w:w="223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E11EA9">
            <w:pPr>
              <w:spacing w:after="0"/>
            </w:pPr>
            <w:r>
              <w:t xml:space="preserve">No </w:t>
            </w:r>
            <w:proofErr w:type="spellStart"/>
            <w:r>
              <w:t>aplica</w:t>
            </w:r>
            <w:proofErr w:type="spellEnd"/>
          </w:p>
        </w:tc>
      </w:tr>
      <w:tr w:rsidR="00E75E33">
        <w:trPr>
          <w:cantSplit/>
          <w:jc w:val="center"/>
        </w:trPr>
        <w:tc>
          <w:tcPr>
            <w:tcW w:w="204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151476">
            <w:pPr>
              <w:spacing w:after="0"/>
            </w:pPr>
            <w:r>
              <w:rPr>
                <w:sz w:val="16"/>
              </w:rPr>
              <w:t>Rinotraqueítis</w:t>
            </w:r>
          </w:p>
        </w:tc>
        <w:tc>
          <w:tcPr>
            <w:tcW w:w="208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E75E33">
            <w:pPr>
              <w:spacing w:after="0"/>
            </w:pPr>
          </w:p>
        </w:tc>
        <w:tc>
          <w:tcPr>
            <w:tcW w:w="18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E75E33">
            <w:pPr>
              <w:spacing w:after="0"/>
            </w:pPr>
          </w:p>
        </w:tc>
        <w:tc>
          <w:tcPr>
            <w:tcW w:w="158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E75E33">
            <w:pPr>
              <w:spacing w:after="0"/>
            </w:pP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E75E33">
            <w:pPr>
              <w:spacing w:after="0"/>
            </w:pPr>
          </w:p>
        </w:tc>
        <w:tc>
          <w:tcPr>
            <w:tcW w:w="155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E75E33">
            <w:pPr>
              <w:spacing w:after="0"/>
            </w:pPr>
          </w:p>
        </w:tc>
        <w:tc>
          <w:tcPr>
            <w:tcW w:w="18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E75E33">
            <w:pPr>
              <w:spacing w:after="0"/>
            </w:pPr>
          </w:p>
        </w:tc>
        <w:tc>
          <w:tcPr>
            <w:tcW w:w="223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E11EA9">
            <w:pPr>
              <w:spacing w:after="0"/>
            </w:pPr>
            <w:r>
              <w:t xml:space="preserve">No </w:t>
            </w:r>
            <w:proofErr w:type="spellStart"/>
            <w:r>
              <w:t>aplica</w:t>
            </w:r>
            <w:proofErr w:type="spellEnd"/>
          </w:p>
        </w:tc>
      </w:tr>
      <w:tr w:rsidR="00E75E33">
        <w:trPr>
          <w:cantSplit/>
          <w:jc w:val="center"/>
        </w:trPr>
        <w:tc>
          <w:tcPr>
            <w:tcW w:w="204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151476">
            <w:pPr>
              <w:spacing w:after="0"/>
            </w:pPr>
            <w:r>
              <w:rPr>
                <w:sz w:val="16"/>
              </w:rPr>
              <w:t>Calicivirus</w:t>
            </w:r>
          </w:p>
        </w:tc>
        <w:tc>
          <w:tcPr>
            <w:tcW w:w="208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E75E33">
            <w:pPr>
              <w:spacing w:after="0"/>
            </w:pPr>
          </w:p>
        </w:tc>
        <w:tc>
          <w:tcPr>
            <w:tcW w:w="18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E75E33">
            <w:pPr>
              <w:spacing w:after="0"/>
            </w:pPr>
          </w:p>
        </w:tc>
        <w:tc>
          <w:tcPr>
            <w:tcW w:w="158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E75E33">
            <w:pPr>
              <w:spacing w:after="0"/>
            </w:pP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E75E33">
            <w:pPr>
              <w:spacing w:after="0"/>
            </w:pPr>
          </w:p>
        </w:tc>
        <w:tc>
          <w:tcPr>
            <w:tcW w:w="155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E75E33">
            <w:pPr>
              <w:spacing w:after="0"/>
            </w:pPr>
          </w:p>
        </w:tc>
        <w:tc>
          <w:tcPr>
            <w:tcW w:w="18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E75E33">
            <w:pPr>
              <w:spacing w:after="0"/>
            </w:pPr>
          </w:p>
        </w:tc>
        <w:tc>
          <w:tcPr>
            <w:tcW w:w="223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E11EA9">
            <w:pPr>
              <w:spacing w:after="0"/>
            </w:pPr>
            <w:r>
              <w:t xml:space="preserve">No </w:t>
            </w:r>
            <w:proofErr w:type="spellStart"/>
            <w:r>
              <w:t>aplica</w:t>
            </w:r>
            <w:proofErr w:type="spellEnd"/>
          </w:p>
        </w:tc>
      </w:tr>
      <w:tr w:rsidR="00E75E33">
        <w:trPr>
          <w:cantSplit/>
          <w:jc w:val="center"/>
        </w:trPr>
        <w:tc>
          <w:tcPr>
            <w:tcW w:w="204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151476">
            <w:pPr>
              <w:spacing w:after="0"/>
            </w:pPr>
            <w:r>
              <w:rPr>
                <w:sz w:val="16"/>
              </w:rPr>
              <w:t>Antirrábica</w:t>
            </w:r>
          </w:p>
        </w:tc>
        <w:tc>
          <w:tcPr>
            <w:tcW w:w="208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E75E33">
            <w:pPr>
              <w:spacing w:after="0"/>
            </w:pPr>
          </w:p>
        </w:tc>
        <w:tc>
          <w:tcPr>
            <w:tcW w:w="18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E75E33">
            <w:pPr>
              <w:spacing w:after="0"/>
            </w:pPr>
          </w:p>
        </w:tc>
        <w:tc>
          <w:tcPr>
            <w:tcW w:w="158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E75E33">
            <w:pPr>
              <w:spacing w:after="0"/>
            </w:pP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E75E33">
            <w:pPr>
              <w:spacing w:after="0"/>
            </w:pPr>
          </w:p>
        </w:tc>
        <w:tc>
          <w:tcPr>
            <w:tcW w:w="155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E75E33">
            <w:pPr>
              <w:spacing w:after="0"/>
            </w:pPr>
          </w:p>
        </w:tc>
        <w:tc>
          <w:tcPr>
            <w:tcW w:w="18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E75E33">
            <w:pPr>
              <w:spacing w:after="0"/>
            </w:pPr>
          </w:p>
        </w:tc>
        <w:tc>
          <w:tcPr>
            <w:tcW w:w="223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E75E33">
            <w:pPr>
              <w:spacing w:after="0"/>
            </w:pPr>
          </w:p>
        </w:tc>
      </w:tr>
    </w:tbl>
    <w:p w:rsidR="00E75E33" w:rsidRDefault="00151476">
      <w:pPr>
        <w:spacing w:after="20"/>
      </w:pPr>
      <w:r>
        <w:rPr>
          <w:sz w:val="15"/>
        </w:rPr>
        <w:t xml:space="preserve">* Tipo de vacuna: indicar, según </w:t>
      </w:r>
      <w:r>
        <w:rPr>
          <w:sz w:val="15"/>
        </w:rPr>
        <w:t>corresponda, inactivada, viva, modificada o mixta.</w:t>
      </w:r>
    </w:p>
    <w:p w:rsidR="00E75E33" w:rsidRDefault="00151476">
      <w:pPr>
        <w:spacing w:after="20"/>
      </w:pPr>
      <w:r>
        <w:rPr>
          <w:sz w:val="15"/>
        </w:rPr>
        <w:t>** Para la vacuna antirrábica, indicar el número del certificado de vacunación. La vacunación debe estar respaldada por el certificado original vigente. Para acreditar que el animal no es primovacunado, ad</w:t>
      </w:r>
      <w:r>
        <w:rPr>
          <w:sz w:val="15"/>
        </w:rPr>
        <w:t>juntar también el certificado anterior cuando corresponda.</w:t>
      </w:r>
    </w:p>
    <w:p w:rsidR="00E75E33" w:rsidRDefault="00151476">
      <w:pPr>
        <w:spacing w:after="20"/>
      </w:pPr>
      <w:r>
        <w:rPr>
          <w:sz w:val="15"/>
        </w:rPr>
        <w:t>En animales primovacunados contra la rabia, considerar el plazo de 21 días antes del ingreso al país al que viaja, cuando este requisito resulte aplicable.</w:t>
      </w:r>
    </w:p>
    <w:p w:rsidR="00E75E33" w:rsidRDefault="00151476">
      <w:pPr>
        <w:spacing w:after="20"/>
      </w:pPr>
      <w:r>
        <w:rPr>
          <w:sz w:val="15"/>
        </w:rPr>
        <w:t>Para viajes a la Unión Europea, la vacuna</w:t>
      </w:r>
      <w:r>
        <w:rPr>
          <w:sz w:val="15"/>
        </w:rPr>
        <w:t>ción antirrábica debe haberse aplicado después de la implantación o lectura del microchip.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3"/>
        <w:gridCol w:w="14760"/>
      </w:tblGrid>
      <w:tr w:rsidR="00E75E33">
        <w:trPr>
          <w:jc w:val="center"/>
        </w:trPr>
        <w:tc>
          <w:tcPr>
            <w:tcW w:w="50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AF3EF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75E33" w:rsidRDefault="00151476">
            <w:pPr>
              <w:spacing w:after="0"/>
            </w:pPr>
            <w:r>
              <w:rPr>
                <w:b/>
                <w:color w:val="1F6D55"/>
                <w:sz w:val="16"/>
              </w:rPr>
              <w:t>2</w:t>
            </w:r>
          </w:p>
        </w:tc>
        <w:tc>
          <w:tcPr>
            <w:tcW w:w="1476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AF3EF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75E33" w:rsidRDefault="00151476">
            <w:pPr>
              <w:spacing w:after="0"/>
            </w:pPr>
            <w:r>
              <w:rPr>
                <w:b/>
                <w:sz w:val="16"/>
              </w:rPr>
              <w:t>Desparasitación</w:t>
            </w:r>
          </w:p>
        </w:tc>
      </w:tr>
    </w:tbl>
    <w:p w:rsidR="00E75E33" w:rsidRDefault="00E75E33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7"/>
        <w:gridCol w:w="1872"/>
        <w:gridCol w:w="1440"/>
        <w:gridCol w:w="1656"/>
        <w:gridCol w:w="1080"/>
        <w:gridCol w:w="1296"/>
        <w:gridCol w:w="1512"/>
        <w:gridCol w:w="1555"/>
        <w:gridCol w:w="792"/>
        <w:gridCol w:w="1584"/>
      </w:tblGrid>
      <w:tr w:rsidR="00E75E33">
        <w:trPr>
          <w:cantSplit/>
          <w:tblHeader/>
          <w:jc w:val="center"/>
        </w:trPr>
        <w:tc>
          <w:tcPr>
            <w:tcW w:w="10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1F6D55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151476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Tipo</w:t>
            </w:r>
          </w:p>
        </w:tc>
        <w:tc>
          <w:tcPr>
            <w:tcW w:w="187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1F6D55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151476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Nombre comercial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1F6D55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151476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Laboratorio</w:t>
            </w:r>
          </w:p>
        </w:tc>
        <w:tc>
          <w:tcPr>
            <w:tcW w:w="165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1F6D55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151476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Principio activo</w:t>
            </w:r>
          </w:p>
        </w:tc>
        <w:tc>
          <w:tcPr>
            <w:tcW w:w="10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1F6D55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151476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Lote</w:t>
            </w:r>
          </w:p>
        </w:tc>
        <w:tc>
          <w:tcPr>
            <w:tcW w:w="12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1F6D55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151476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Dosis aplicada</w:t>
            </w:r>
          </w:p>
        </w:tc>
        <w:tc>
          <w:tcPr>
            <w:tcW w:w="151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1F6D55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151476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Vía de administración</w:t>
            </w:r>
          </w:p>
        </w:tc>
        <w:tc>
          <w:tcPr>
            <w:tcW w:w="155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1F6D55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151476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Fecha de aplicación</w:t>
            </w:r>
          </w:p>
        </w:tc>
        <w:tc>
          <w:tcPr>
            <w:tcW w:w="79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1F6D55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151476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Hora</w:t>
            </w:r>
          </w:p>
        </w:tc>
        <w:tc>
          <w:tcPr>
            <w:tcW w:w="158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1F6D55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151476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Duración / vigencia</w:t>
            </w:r>
          </w:p>
        </w:tc>
      </w:tr>
      <w:tr w:rsidR="00E75E33">
        <w:trPr>
          <w:cantSplit/>
          <w:jc w:val="center"/>
        </w:trPr>
        <w:tc>
          <w:tcPr>
            <w:tcW w:w="10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151476">
            <w:pPr>
              <w:spacing w:after="0"/>
            </w:pPr>
            <w:r>
              <w:rPr>
                <w:sz w:val="16"/>
              </w:rPr>
              <w:t>Interna</w:t>
            </w:r>
          </w:p>
        </w:tc>
        <w:tc>
          <w:tcPr>
            <w:tcW w:w="187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E75E33">
            <w:pPr>
              <w:spacing w:after="0"/>
            </w:pP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E75E33">
            <w:pPr>
              <w:spacing w:after="0"/>
            </w:pPr>
          </w:p>
        </w:tc>
        <w:tc>
          <w:tcPr>
            <w:tcW w:w="165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E75E33">
            <w:pPr>
              <w:spacing w:after="0"/>
            </w:pPr>
          </w:p>
        </w:tc>
        <w:tc>
          <w:tcPr>
            <w:tcW w:w="10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E75E33">
            <w:pPr>
              <w:spacing w:after="0"/>
            </w:pPr>
          </w:p>
        </w:tc>
        <w:tc>
          <w:tcPr>
            <w:tcW w:w="12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E75E33">
            <w:pPr>
              <w:spacing w:after="0"/>
            </w:pPr>
          </w:p>
        </w:tc>
        <w:tc>
          <w:tcPr>
            <w:tcW w:w="151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E75E33">
            <w:pPr>
              <w:spacing w:after="0"/>
            </w:pPr>
          </w:p>
        </w:tc>
        <w:tc>
          <w:tcPr>
            <w:tcW w:w="155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E75E33">
            <w:pPr>
              <w:spacing w:after="0"/>
            </w:pPr>
          </w:p>
        </w:tc>
        <w:tc>
          <w:tcPr>
            <w:tcW w:w="79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E75E33">
            <w:pPr>
              <w:spacing w:after="0"/>
            </w:pPr>
          </w:p>
        </w:tc>
        <w:tc>
          <w:tcPr>
            <w:tcW w:w="158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E75E33">
            <w:pPr>
              <w:spacing w:after="0"/>
            </w:pPr>
          </w:p>
        </w:tc>
      </w:tr>
      <w:tr w:rsidR="00E75E33">
        <w:trPr>
          <w:cantSplit/>
          <w:jc w:val="center"/>
        </w:trPr>
        <w:tc>
          <w:tcPr>
            <w:tcW w:w="10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151476">
            <w:pPr>
              <w:spacing w:after="0"/>
            </w:pPr>
            <w:r>
              <w:rPr>
                <w:sz w:val="16"/>
              </w:rPr>
              <w:t>Externa</w:t>
            </w:r>
          </w:p>
        </w:tc>
        <w:tc>
          <w:tcPr>
            <w:tcW w:w="187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E75E33">
            <w:pPr>
              <w:spacing w:after="0"/>
            </w:pP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E75E33">
            <w:pPr>
              <w:spacing w:after="0"/>
            </w:pPr>
          </w:p>
        </w:tc>
        <w:tc>
          <w:tcPr>
            <w:tcW w:w="165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E75E33">
            <w:pPr>
              <w:spacing w:after="0"/>
            </w:pPr>
          </w:p>
        </w:tc>
        <w:tc>
          <w:tcPr>
            <w:tcW w:w="10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E75E33">
            <w:pPr>
              <w:spacing w:after="0"/>
            </w:pPr>
          </w:p>
        </w:tc>
        <w:tc>
          <w:tcPr>
            <w:tcW w:w="12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E75E33">
            <w:pPr>
              <w:spacing w:after="0"/>
            </w:pPr>
          </w:p>
        </w:tc>
        <w:tc>
          <w:tcPr>
            <w:tcW w:w="151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E75E33">
            <w:pPr>
              <w:spacing w:after="0"/>
            </w:pPr>
          </w:p>
        </w:tc>
        <w:tc>
          <w:tcPr>
            <w:tcW w:w="155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E75E33">
            <w:pPr>
              <w:spacing w:after="0"/>
            </w:pPr>
          </w:p>
        </w:tc>
        <w:tc>
          <w:tcPr>
            <w:tcW w:w="79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E75E33">
            <w:pPr>
              <w:spacing w:after="0"/>
            </w:pPr>
          </w:p>
        </w:tc>
        <w:tc>
          <w:tcPr>
            <w:tcW w:w="158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E75E33">
            <w:pPr>
              <w:spacing w:after="0"/>
            </w:pPr>
          </w:p>
        </w:tc>
      </w:tr>
    </w:tbl>
    <w:p w:rsidR="00E75E33" w:rsidRDefault="00151476">
      <w:pPr>
        <w:spacing w:after="20"/>
      </w:pPr>
      <w:r>
        <w:rPr>
          <w:sz w:val="15"/>
        </w:rPr>
        <w:t xml:space="preserve">Para perros con destino a Finlandia, Reino Unido, Irlanda, Malta o Noruega, verificar si corresponde aplicar un tratamiento antiparasitario efectivo contra Echinococcus multilocularis y cumplir el plazo exigido por el </w:t>
      </w:r>
      <w:r>
        <w:rPr>
          <w:sz w:val="15"/>
        </w:rPr>
        <w:t>país. Cuando corresponda, considerar su aplicación entre 24 y 120 horas antes del viaje.</w:t>
      </w:r>
    </w:p>
    <w:p w:rsidR="00E75E33" w:rsidRDefault="00151476">
      <w:pPr>
        <w:spacing w:after="20"/>
      </w:pPr>
      <w:r>
        <w:rPr>
          <w:sz w:val="15"/>
        </w:rPr>
        <w:t>Si el médico veterinario que firma este certificado no administró la vacuna o el tratamiento antiparasitario, debe adjuntar los respaldos documentales originales que v</w:t>
      </w:r>
      <w:r>
        <w:rPr>
          <w:sz w:val="15"/>
        </w:rPr>
        <w:t>erificó.</w:t>
      </w:r>
    </w:p>
    <w:p w:rsidR="001555A9" w:rsidRDefault="001555A9" w:rsidP="001555A9">
      <w:pPr>
        <w:spacing w:after="20"/>
        <w:rPr>
          <w:b/>
          <w:sz w:val="15"/>
        </w:rPr>
      </w:pPr>
    </w:p>
    <w:p w:rsidR="00E75E33" w:rsidRDefault="00151476" w:rsidP="001555A9">
      <w:pPr>
        <w:spacing w:after="20"/>
      </w:pPr>
      <w:proofErr w:type="spellStart"/>
      <w:r>
        <w:rPr>
          <w:b/>
          <w:sz w:val="15"/>
        </w:rPr>
        <w:t>Observaciones</w:t>
      </w:r>
      <w:proofErr w:type="spellEnd"/>
      <w:r>
        <w:rPr>
          <w:b/>
          <w:sz w:val="15"/>
        </w:rPr>
        <w:t xml:space="preserve"> </w:t>
      </w:r>
      <w:proofErr w:type="spellStart"/>
      <w:r>
        <w:rPr>
          <w:b/>
          <w:sz w:val="15"/>
        </w:rPr>
        <w:t>sanitarias</w:t>
      </w:r>
      <w:proofErr w:type="spellEnd"/>
      <w:r>
        <w:rPr>
          <w:b/>
          <w:sz w:val="15"/>
        </w:rPr>
        <w:t xml:space="preserve"> </w:t>
      </w:r>
      <w:proofErr w:type="spellStart"/>
      <w:r>
        <w:rPr>
          <w:b/>
          <w:sz w:val="15"/>
        </w:rPr>
        <w:t>relevantes</w:t>
      </w:r>
      <w:proofErr w:type="spellEnd"/>
      <w:r>
        <w:rPr>
          <w:b/>
          <w:sz w:val="15"/>
        </w:rPr>
        <w:t>:</w:t>
      </w:r>
    </w:p>
    <w:p w:rsidR="001555A9" w:rsidRDefault="001555A9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555A9" w:rsidRDefault="001555A9">
      <w:pPr>
        <w:sectPr w:rsidR="001555A9">
          <w:headerReference w:type="default" r:id="rId10"/>
          <w:footerReference w:type="default" r:id="rId11"/>
          <w:pgSz w:w="15840" w:h="12240" w:orient="landscape"/>
          <w:pgMar w:top="720" w:right="576" w:bottom="259" w:left="576" w:header="720" w:footer="720" w:gutter="0"/>
          <w:cols w:space="720"/>
          <w:docGrid w:linePitch="360"/>
        </w:sectPr>
      </w:pPr>
    </w:p>
    <w:p w:rsidR="00E75E33" w:rsidRDefault="00151476">
      <w:pPr>
        <w:spacing w:after="40"/>
        <w:jc w:val="center"/>
      </w:pPr>
      <w:r>
        <w:rPr>
          <w:b/>
          <w:color w:val="304853"/>
          <w:sz w:val="20"/>
        </w:rPr>
        <w:t>ANEXO 2</w:t>
      </w:r>
    </w:p>
    <w:p w:rsidR="00E75E33" w:rsidRDefault="00151476">
      <w:pPr>
        <w:jc w:val="center"/>
      </w:pPr>
      <w:r>
        <w:rPr>
          <w:b/>
          <w:color w:val="1F6D55"/>
          <w:sz w:val="22"/>
        </w:rPr>
        <w:t>Programa de vacunación y desparasitación para CANINOS</w:t>
      </w:r>
    </w:p>
    <w:p w:rsidR="00E75E33" w:rsidRDefault="00151476">
      <w:pPr>
        <w:spacing w:before="20" w:after="40"/>
      </w:pPr>
      <w:r>
        <w:rPr>
          <w:sz w:val="16"/>
        </w:rPr>
        <w:t>Complete los antecedentes sanitarios aplicables y adjunte los r</w:t>
      </w:r>
      <w:r>
        <w:rPr>
          <w:sz w:val="16"/>
        </w:rPr>
        <w:t>espaldos originales correspondientes. Cuando exista etiqueta adhesiva de la vacuna, adjúntela; en su defecto, indique el número de serie/lote y acompañe el respaldo documental.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3"/>
        <w:gridCol w:w="14760"/>
      </w:tblGrid>
      <w:tr w:rsidR="00E75E33">
        <w:trPr>
          <w:jc w:val="center"/>
        </w:trPr>
        <w:tc>
          <w:tcPr>
            <w:tcW w:w="50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AF3EF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75E33" w:rsidRDefault="00151476">
            <w:pPr>
              <w:spacing w:after="0"/>
            </w:pPr>
            <w:r>
              <w:rPr>
                <w:b/>
                <w:color w:val="1F6D55"/>
                <w:sz w:val="16"/>
              </w:rPr>
              <w:t>1</w:t>
            </w:r>
          </w:p>
        </w:tc>
        <w:tc>
          <w:tcPr>
            <w:tcW w:w="1476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AF3EF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75E33" w:rsidRDefault="00151476">
            <w:pPr>
              <w:spacing w:after="0"/>
            </w:pPr>
            <w:r>
              <w:rPr>
                <w:b/>
                <w:sz w:val="16"/>
              </w:rPr>
              <w:t>Vacunación</w:t>
            </w:r>
          </w:p>
        </w:tc>
      </w:tr>
    </w:tbl>
    <w:p w:rsidR="00E75E33" w:rsidRDefault="00E75E33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45"/>
        <w:gridCol w:w="2088"/>
        <w:gridCol w:w="1800"/>
        <w:gridCol w:w="1584"/>
        <w:gridCol w:w="1440"/>
        <w:gridCol w:w="1555"/>
        <w:gridCol w:w="1800"/>
        <w:gridCol w:w="2232"/>
      </w:tblGrid>
      <w:tr w:rsidR="00E75E33">
        <w:trPr>
          <w:cantSplit/>
          <w:tblHeader/>
          <w:jc w:val="center"/>
        </w:trPr>
        <w:tc>
          <w:tcPr>
            <w:tcW w:w="204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1F6D55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151476"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Vacuna</w:t>
            </w:r>
          </w:p>
        </w:tc>
        <w:tc>
          <w:tcPr>
            <w:tcW w:w="208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1F6D55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151476"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Nombre de la vacuna</w:t>
            </w:r>
          </w:p>
        </w:tc>
        <w:tc>
          <w:tcPr>
            <w:tcW w:w="18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1F6D55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151476"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Tipo de vacuna *</w:t>
            </w:r>
          </w:p>
        </w:tc>
        <w:tc>
          <w:tcPr>
            <w:tcW w:w="158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1F6D55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151476"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Laboratorio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1F6D55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151476"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N.° seri</w:t>
            </w:r>
            <w:r>
              <w:rPr>
                <w:b/>
                <w:color w:val="FFFFFF"/>
                <w:sz w:val="14"/>
              </w:rPr>
              <w:t>e/lote</w:t>
            </w:r>
          </w:p>
        </w:tc>
        <w:tc>
          <w:tcPr>
            <w:tcW w:w="155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1F6D55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151476"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Fecha vacunación</w:t>
            </w:r>
          </w:p>
        </w:tc>
        <w:tc>
          <w:tcPr>
            <w:tcW w:w="18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1F6D55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151476"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Vigencia / vencimiento</w:t>
            </w:r>
          </w:p>
        </w:tc>
        <w:tc>
          <w:tcPr>
            <w:tcW w:w="223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1F6D55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151476">
            <w:r>
              <w:rPr>
                <w:b/>
                <w:sz w:val="15"/>
              </w:rPr>
              <w:t>N.° certificado vacuna antirrábica **</w:t>
            </w:r>
          </w:p>
        </w:tc>
      </w:tr>
      <w:tr w:rsidR="00E75E33">
        <w:trPr>
          <w:cantSplit/>
          <w:jc w:val="center"/>
        </w:trPr>
        <w:tc>
          <w:tcPr>
            <w:tcW w:w="204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151476">
            <w:pPr>
              <w:spacing w:after="0"/>
            </w:pPr>
            <w:r>
              <w:rPr>
                <w:sz w:val="14"/>
              </w:rPr>
              <w:t>Distemper o moquillo canino</w:t>
            </w:r>
          </w:p>
        </w:tc>
        <w:tc>
          <w:tcPr>
            <w:tcW w:w="208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E75E33">
            <w:pPr>
              <w:spacing w:after="0"/>
            </w:pPr>
          </w:p>
        </w:tc>
        <w:tc>
          <w:tcPr>
            <w:tcW w:w="18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E75E33">
            <w:pPr>
              <w:spacing w:after="0"/>
            </w:pPr>
          </w:p>
        </w:tc>
        <w:tc>
          <w:tcPr>
            <w:tcW w:w="158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E75E33">
            <w:pPr>
              <w:spacing w:after="0"/>
            </w:pP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E75E33">
            <w:pPr>
              <w:spacing w:after="0"/>
            </w:pPr>
          </w:p>
        </w:tc>
        <w:tc>
          <w:tcPr>
            <w:tcW w:w="155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E75E33">
            <w:pPr>
              <w:spacing w:after="0"/>
            </w:pPr>
          </w:p>
        </w:tc>
        <w:tc>
          <w:tcPr>
            <w:tcW w:w="18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E75E33">
            <w:pPr>
              <w:spacing w:after="0"/>
            </w:pPr>
          </w:p>
        </w:tc>
        <w:tc>
          <w:tcPr>
            <w:tcW w:w="223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337406">
            <w:pPr>
              <w:spacing w:after="0"/>
            </w:pPr>
            <w:r>
              <w:t xml:space="preserve">No </w:t>
            </w:r>
            <w:proofErr w:type="spellStart"/>
            <w:r>
              <w:t>aplica</w:t>
            </w:r>
            <w:proofErr w:type="spellEnd"/>
          </w:p>
        </w:tc>
      </w:tr>
      <w:tr w:rsidR="00E75E33">
        <w:trPr>
          <w:cantSplit/>
          <w:jc w:val="center"/>
        </w:trPr>
        <w:tc>
          <w:tcPr>
            <w:tcW w:w="204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151476">
            <w:pPr>
              <w:spacing w:after="0"/>
            </w:pPr>
            <w:r>
              <w:rPr>
                <w:sz w:val="14"/>
              </w:rPr>
              <w:t>Adenovirus / hepatitis</w:t>
            </w:r>
          </w:p>
        </w:tc>
        <w:tc>
          <w:tcPr>
            <w:tcW w:w="208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E75E33">
            <w:pPr>
              <w:spacing w:after="0"/>
            </w:pPr>
          </w:p>
        </w:tc>
        <w:tc>
          <w:tcPr>
            <w:tcW w:w="18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E75E33">
            <w:pPr>
              <w:spacing w:after="0"/>
            </w:pPr>
          </w:p>
        </w:tc>
        <w:tc>
          <w:tcPr>
            <w:tcW w:w="158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E75E33">
            <w:pPr>
              <w:spacing w:after="0"/>
            </w:pP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E75E33">
            <w:pPr>
              <w:spacing w:after="0"/>
            </w:pPr>
          </w:p>
        </w:tc>
        <w:tc>
          <w:tcPr>
            <w:tcW w:w="155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E75E33">
            <w:pPr>
              <w:spacing w:after="0"/>
            </w:pPr>
          </w:p>
        </w:tc>
        <w:tc>
          <w:tcPr>
            <w:tcW w:w="18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E75E33">
            <w:pPr>
              <w:spacing w:after="0"/>
            </w:pPr>
          </w:p>
        </w:tc>
        <w:tc>
          <w:tcPr>
            <w:tcW w:w="223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337406">
            <w:pPr>
              <w:spacing w:after="0"/>
            </w:pPr>
            <w:r>
              <w:t xml:space="preserve">No </w:t>
            </w:r>
            <w:proofErr w:type="spellStart"/>
            <w:r>
              <w:t>aplica</w:t>
            </w:r>
            <w:proofErr w:type="spellEnd"/>
          </w:p>
        </w:tc>
      </w:tr>
      <w:tr w:rsidR="00E75E33">
        <w:trPr>
          <w:cantSplit/>
          <w:jc w:val="center"/>
        </w:trPr>
        <w:tc>
          <w:tcPr>
            <w:tcW w:w="204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151476">
            <w:pPr>
              <w:spacing w:after="0"/>
            </w:pPr>
            <w:r>
              <w:rPr>
                <w:sz w:val="14"/>
              </w:rPr>
              <w:t>Leptospira L. canicola e icterohaemorrhagiae</w:t>
            </w:r>
          </w:p>
        </w:tc>
        <w:tc>
          <w:tcPr>
            <w:tcW w:w="208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E75E33">
            <w:pPr>
              <w:spacing w:after="0"/>
            </w:pPr>
          </w:p>
        </w:tc>
        <w:tc>
          <w:tcPr>
            <w:tcW w:w="18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E75E33">
            <w:pPr>
              <w:spacing w:after="0"/>
            </w:pPr>
          </w:p>
        </w:tc>
        <w:tc>
          <w:tcPr>
            <w:tcW w:w="158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E75E33">
            <w:pPr>
              <w:spacing w:after="0"/>
            </w:pP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E75E33">
            <w:pPr>
              <w:spacing w:after="0"/>
            </w:pPr>
          </w:p>
        </w:tc>
        <w:tc>
          <w:tcPr>
            <w:tcW w:w="155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E75E33">
            <w:pPr>
              <w:spacing w:after="0"/>
            </w:pPr>
          </w:p>
        </w:tc>
        <w:tc>
          <w:tcPr>
            <w:tcW w:w="18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E75E33">
            <w:pPr>
              <w:spacing w:after="0"/>
            </w:pPr>
          </w:p>
        </w:tc>
        <w:tc>
          <w:tcPr>
            <w:tcW w:w="223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337406">
            <w:pPr>
              <w:spacing w:after="0"/>
            </w:pPr>
            <w:r>
              <w:t xml:space="preserve">No </w:t>
            </w:r>
            <w:proofErr w:type="spellStart"/>
            <w:r>
              <w:t>aplica</w:t>
            </w:r>
            <w:proofErr w:type="spellEnd"/>
          </w:p>
        </w:tc>
      </w:tr>
      <w:tr w:rsidR="00E75E33">
        <w:trPr>
          <w:cantSplit/>
          <w:jc w:val="center"/>
        </w:trPr>
        <w:tc>
          <w:tcPr>
            <w:tcW w:w="204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151476">
            <w:pPr>
              <w:spacing w:after="0"/>
            </w:pPr>
            <w:r>
              <w:rPr>
                <w:sz w:val="14"/>
              </w:rPr>
              <w:t>Parvovirus</w:t>
            </w:r>
          </w:p>
        </w:tc>
        <w:tc>
          <w:tcPr>
            <w:tcW w:w="208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E75E33">
            <w:pPr>
              <w:spacing w:after="0"/>
            </w:pPr>
          </w:p>
        </w:tc>
        <w:tc>
          <w:tcPr>
            <w:tcW w:w="18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E75E33">
            <w:pPr>
              <w:spacing w:after="0"/>
            </w:pPr>
          </w:p>
        </w:tc>
        <w:tc>
          <w:tcPr>
            <w:tcW w:w="158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E75E33">
            <w:pPr>
              <w:spacing w:after="0"/>
            </w:pP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E75E33">
            <w:pPr>
              <w:spacing w:after="0"/>
            </w:pPr>
          </w:p>
        </w:tc>
        <w:tc>
          <w:tcPr>
            <w:tcW w:w="155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E75E33">
            <w:pPr>
              <w:spacing w:after="0"/>
            </w:pPr>
          </w:p>
        </w:tc>
        <w:tc>
          <w:tcPr>
            <w:tcW w:w="18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E75E33">
            <w:pPr>
              <w:spacing w:after="0"/>
            </w:pPr>
          </w:p>
        </w:tc>
        <w:tc>
          <w:tcPr>
            <w:tcW w:w="223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337406">
            <w:pPr>
              <w:spacing w:after="0"/>
            </w:pPr>
            <w:r>
              <w:t xml:space="preserve">No </w:t>
            </w:r>
            <w:proofErr w:type="spellStart"/>
            <w:r>
              <w:t>aplica</w:t>
            </w:r>
            <w:proofErr w:type="spellEnd"/>
          </w:p>
        </w:tc>
      </w:tr>
      <w:tr w:rsidR="00E75E33">
        <w:trPr>
          <w:cantSplit/>
          <w:jc w:val="center"/>
        </w:trPr>
        <w:tc>
          <w:tcPr>
            <w:tcW w:w="204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151476">
            <w:pPr>
              <w:spacing w:after="0"/>
            </w:pPr>
            <w:r>
              <w:rPr>
                <w:sz w:val="14"/>
              </w:rPr>
              <w:t>Parainfluenza</w:t>
            </w:r>
          </w:p>
        </w:tc>
        <w:tc>
          <w:tcPr>
            <w:tcW w:w="208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E75E33">
            <w:pPr>
              <w:spacing w:after="0"/>
            </w:pPr>
          </w:p>
        </w:tc>
        <w:tc>
          <w:tcPr>
            <w:tcW w:w="18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E75E33">
            <w:pPr>
              <w:spacing w:after="0"/>
            </w:pPr>
          </w:p>
        </w:tc>
        <w:tc>
          <w:tcPr>
            <w:tcW w:w="158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E75E33">
            <w:pPr>
              <w:spacing w:after="0"/>
            </w:pP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E75E33">
            <w:pPr>
              <w:spacing w:after="0"/>
            </w:pPr>
          </w:p>
        </w:tc>
        <w:tc>
          <w:tcPr>
            <w:tcW w:w="155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E75E33">
            <w:pPr>
              <w:spacing w:after="0"/>
            </w:pPr>
          </w:p>
        </w:tc>
        <w:tc>
          <w:tcPr>
            <w:tcW w:w="18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E75E33">
            <w:pPr>
              <w:spacing w:after="0"/>
            </w:pPr>
          </w:p>
        </w:tc>
        <w:tc>
          <w:tcPr>
            <w:tcW w:w="223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337406">
            <w:pPr>
              <w:spacing w:after="0"/>
            </w:pPr>
            <w:r>
              <w:t xml:space="preserve">No </w:t>
            </w:r>
            <w:proofErr w:type="spellStart"/>
            <w:r>
              <w:t>aplica</w:t>
            </w:r>
            <w:proofErr w:type="spellEnd"/>
          </w:p>
        </w:tc>
      </w:tr>
      <w:tr w:rsidR="00E75E33">
        <w:trPr>
          <w:cantSplit/>
          <w:jc w:val="center"/>
        </w:trPr>
        <w:tc>
          <w:tcPr>
            <w:tcW w:w="204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151476">
            <w:pPr>
              <w:spacing w:after="0"/>
            </w:pPr>
            <w:r>
              <w:rPr>
                <w:sz w:val="14"/>
              </w:rPr>
              <w:t>Coronavirus</w:t>
            </w:r>
          </w:p>
        </w:tc>
        <w:tc>
          <w:tcPr>
            <w:tcW w:w="208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E75E33">
            <w:pPr>
              <w:spacing w:after="0"/>
            </w:pPr>
          </w:p>
        </w:tc>
        <w:tc>
          <w:tcPr>
            <w:tcW w:w="18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E75E33">
            <w:pPr>
              <w:spacing w:after="0"/>
            </w:pPr>
          </w:p>
        </w:tc>
        <w:tc>
          <w:tcPr>
            <w:tcW w:w="158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E75E33">
            <w:pPr>
              <w:spacing w:after="0"/>
            </w:pP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E75E33">
            <w:pPr>
              <w:spacing w:after="0"/>
            </w:pPr>
          </w:p>
        </w:tc>
        <w:tc>
          <w:tcPr>
            <w:tcW w:w="155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E75E33">
            <w:pPr>
              <w:spacing w:after="0"/>
            </w:pPr>
          </w:p>
        </w:tc>
        <w:tc>
          <w:tcPr>
            <w:tcW w:w="18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E75E33">
            <w:pPr>
              <w:spacing w:after="0"/>
            </w:pPr>
          </w:p>
        </w:tc>
        <w:tc>
          <w:tcPr>
            <w:tcW w:w="223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337406">
            <w:pPr>
              <w:spacing w:after="0"/>
            </w:pPr>
            <w:r>
              <w:t xml:space="preserve">No </w:t>
            </w:r>
            <w:proofErr w:type="spellStart"/>
            <w:r>
              <w:t>aplica</w:t>
            </w:r>
            <w:proofErr w:type="spellEnd"/>
          </w:p>
        </w:tc>
      </w:tr>
      <w:tr w:rsidR="00E75E33">
        <w:trPr>
          <w:cantSplit/>
          <w:jc w:val="center"/>
        </w:trPr>
        <w:tc>
          <w:tcPr>
            <w:tcW w:w="204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151476">
            <w:pPr>
              <w:spacing w:after="0"/>
            </w:pPr>
            <w:r>
              <w:rPr>
                <w:sz w:val="14"/>
              </w:rPr>
              <w:t>Antirrábica</w:t>
            </w:r>
          </w:p>
        </w:tc>
        <w:tc>
          <w:tcPr>
            <w:tcW w:w="208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E75E33">
            <w:pPr>
              <w:spacing w:after="0"/>
            </w:pPr>
          </w:p>
        </w:tc>
        <w:tc>
          <w:tcPr>
            <w:tcW w:w="18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E75E33">
            <w:pPr>
              <w:spacing w:after="0"/>
            </w:pPr>
          </w:p>
        </w:tc>
        <w:tc>
          <w:tcPr>
            <w:tcW w:w="158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E75E33">
            <w:pPr>
              <w:spacing w:after="0"/>
            </w:pP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E75E33">
            <w:pPr>
              <w:spacing w:after="0"/>
            </w:pPr>
          </w:p>
        </w:tc>
        <w:tc>
          <w:tcPr>
            <w:tcW w:w="155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E75E33">
            <w:pPr>
              <w:spacing w:after="0"/>
            </w:pPr>
          </w:p>
        </w:tc>
        <w:tc>
          <w:tcPr>
            <w:tcW w:w="18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E75E33">
            <w:pPr>
              <w:spacing w:after="0"/>
            </w:pPr>
          </w:p>
        </w:tc>
        <w:tc>
          <w:tcPr>
            <w:tcW w:w="223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E75E33">
            <w:pPr>
              <w:spacing w:after="0"/>
            </w:pPr>
          </w:p>
        </w:tc>
      </w:tr>
    </w:tbl>
    <w:p w:rsidR="00E75E33" w:rsidRDefault="00151476">
      <w:pPr>
        <w:spacing w:after="20"/>
      </w:pPr>
      <w:r>
        <w:rPr>
          <w:sz w:val="15"/>
        </w:rPr>
        <w:t>* Tipo de vacuna: indicar, según corresponda, inactivada, viva, modificada o mixta.</w:t>
      </w:r>
    </w:p>
    <w:p w:rsidR="00E75E33" w:rsidRDefault="00151476">
      <w:pPr>
        <w:spacing w:after="20"/>
      </w:pPr>
      <w:r>
        <w:rPr>
          <w:sz w:val="15"/>
        </w:rPr>
        <w:t xml:space="preserve">** Para la vacuna antirrábica, indicar el número del certificado de vacunación. La vacunación debe estar respaldada por el </w:t>
      </w:r>
      <w:r>
        <w:rPr>
          <w:sz w:val="15"/>
        </w:rPr>
        <w:t>certificado original vigente. Para acreditar que el animal no es primovacunado, adjuntar también el certificado anterior cuando corresponda.</w:t>
      </w:r>
    </w:p>
    <w:p w:rsidR="00E75E33" w:rsidRDefault="00151476">
      <w:pPr>
        <w:spacing w:after="20"/>
      </w:pPr>
      <w:r>
        <w:rPr>
          <w:sz w:val="15"/>
        </w:rPr>
        <w:t xml:space="preserve">En animales primovacunados contra la rabia, considerar el plazo de 21 días antes del ingreso al país al que viaja, </w:t>
      </w:r>
      <w:r>
        <w:rPr>
          <w:sz w:val="15"/>
        </w:rPr>
        <w:t>cuando este requisito resulte aplicable.</w:t>
      </w:r>
    </w:p>
    <w:p w:rsidR="00E75E33" w:rsidRDefault="00151476">
      <w:pPr>
        <w:spacing w:after="20"/>
      </w:pPr>
      <w:r>
        <w:rPr>
          <w:sz w:val="15"/>
        </w:rPr>
        <w:t>Para viajes a la Unión Europea, la vacunación antirrábica debe haberse aplicado después de la implantación o lectura del microchip.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3"/>
        <w:gridCol w:w="14760"/>
      </w:tblGrid>
      <w:tr w:rsidR="00E75E33">
        <w:trPr>
          <w:jc w:val="center"/>
        </w:trPr>
        <w:tc>
          <w:tcPr>
            <w:tcW w:w="50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AF3EF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75E33" w:rsidRDefault="00151476">
            <w:pPr>
              <w:spacing w:after="0"/>
            </w:pPr>
            <w:r>
              <w:rPr>
                <w:b/>
                <w:color w:val="1F6D55"/>
                <w:sz w:val="16"/>
              </w:rPr>
              <w:t>2</w:t>
            </w:r>
          </w:p>
        </w:tc>
        <w:tc>
          <w:tcPr>
            <w:tcW w:w="1476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AF3EF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75E33" w:rsidRDefault="00151476">
            <w:pPr>
              <w:spacing w:after="0"/>
            </w:pPr>
            <w:r>
              <w:rPr>
                <w:b/>
                <w:sz w:val="16"/>
              </w:rPr>
              <w:t>Desparasitación</w:t>
            </w:r>
          </w:p>
        </w:tc>
      </w:tr>
    </w:tbl>
    <w:p w:rsidR="00E75E33" w:rsidRDefault="00E75E33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7"/>
        <w:gridCol w:w="1872"/>
        <w:gridCol w:w="1440"/>
        <w:gridCol w:w="1656"/>
        <w:gridCol w:w="1080"/>
        <w:gridCol w:w="1296"/>
        <w:gridCol w:w="1512"/>
        <w:gridCol w:w="1555"/>
        <w:gridCol w:w="792"/>
        <w:gridCol w:w="1584"/>
      </w:tblGrid>
      <w:tr w:rsidR="00E75E33">
        <w:trPr>
          <w:cantSplit/>
          <w:tblHeader/>
          <w:jc w:val="center"/>
        </w:trPr>
        <w:tc>
          <w:tcPr>
            <w:tcW w:w="10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1F6D55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151476"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Tipo</w:t>
            </w:r>
          </w:p>
        </w:tc>
        <w:tc>
          <w:tcPr>
            <w:tcW w:w="187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1F6D55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151476"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Nombre comercial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1F6D55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151476"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Laboratorio</w:t>
            </w:r>
          </w:p>
        </w:tc>
        <w:tc>
          <w:tcPr>
            <w:tcW w:w="165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1F6D55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151476"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Principio activo</w:t>
            </w:r>
          </w:p>
        </w:tc>
        <w:tc>
          <w:tcPr>
            <w:tcW w:w="10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1F6D55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151476"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Lote</w:t>
            </w:r>
          </w:p>
        </w:tc>
        <w:tc>
          <w:tcPr>
            <w:tcW w:w="12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1F6D55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151476"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 xml:space="preserve">Dosis </w:t>
            </w:r>
            <w:r>
              <w:rPr>
                <w:b/>
                <w:color w:val="FFFFFF"/>
                <w:sz w:val="14"/>
              </w:rPr>
              <w:t>aplicada</w:t>
            </w:r>
          </w:p>
        </w:tc>
        <w:tc>
          <w:tcPr>
            <w:tcW w:w="151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1F6D55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151476"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Vía de administración</w:t>
            </w:r>
          </w:p>
        </w:tc>
        <w:tc>
          <w:tcPr>
            <w:tcW w:w="155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1F6D55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151476"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Fecha de aplicación</w:t>
            </w:r>
          </w:p>
        </w:tc>
        <w:tc>
          <w:tcPr>
            <w:tcW w:w="79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1F6D55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151476"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Hora</w:t>
            </w:r>
          </w:p>
        </w:tc>
        <w:tc>
          <w:tcPr>
            <w:tcW w:w="158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1F6D55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151476"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Duración / vigencia</w:t>
            </w:r>
          </w:p>
        </w:tc>
      </w:tr>
      <w:tr w:rsidR="00E75E33">
        <w:trPr>
          <w:cantSplit/>
          <w:jc w:val="center"/>
        </w:trPr>
        <w:tc>
          <w:tcPr>
            <w:tcW w:w="10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151476">
            <w:pPr>
              <w:spacing w:after="0"/>
            </w:pPr>
            <w:r>
              <w:rPr>
                <w:sz w:val="14"/>
              </w:rPr>
              <w:t>Interna</w:t>
            </w:r>
          </w:p>
        </w:tc>
        <w:tc>
          <w:tcPr>
            <w:tcW w:w="187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E75E33">
            <w:pPr>
              <w:spacing w:after="0"/>
            </w:pP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E75E33">
            <w:pPr>
              <w:spacing w:after="0"/>
            </w:pPr>
          </w:p>
        </w:tc>
        <w:tc>
          <w:tcPr>
            <w:tcW w:w="165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E75E33">
            <w:pPr>
              <w:spacing w:after="0"/>
            </w:pPr>
          </w:p>
        </w:tc>
        <w:tc>
          <w:tcPr>
            <w:tcW w:w="10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E75E33">
            <w:pPr>
              <w:spacing w:after="0"/>
            </w:pPr>
          </w:p>
        </w:tc>
        <w:tc>
          <w:tcPr>
            <w:tcW w:w="12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E75E33">
            <w:pPr>
              <w:spacing w:after="0"/>
            </w:pPr>
          </w:p>
        </w:tc>
        <w:tc>
          <w:tcPr>
            <w:tcW w:w="151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E75E33">
            <w:pPr>
              <w:spacing w:after="0"/>
            </w:pPr>
          </w:p>
        </w:tc>
        <w:tc>
          <w:tcPr>
            <w:tcW w:w="155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E75E33">
            <w:pPr>
              <w:spacing w:after="0"/>
            </w:pPr>
          </w:p>
        </w:tc>
        <w:tc>
          <w:tcPr>
            <w:tcW w:w="79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E75E33">
            <w:pPr>
              <w:spacing w:after="0"/>
            </w:pPr>
          </w:p>
        </w:tc>
        <w:tc>
          <w:tcPr>
            <w:tcW w:w="158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E75E33">
            <w:pPr>
              <w:spacing w:after="0"/>
            </w:pPr>
          </w:p>
        </w:tc>
      </w:tr>
      <w:tr w:rsidR="00E75E33">
        <w:trPr>
          <w:cantSplit/>
          <w:jc w:val="center"/>
        </w:trPr>
        <w:tc>
          <w:tcPr>
            <w:tcW w:w="10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151476">
            <w:pPr>
              <w:spacing w:after="0"/>
            </w:pPr>
            <w:r>
              <w:rPr>
                <w:sz w:val="14"/>
              </w:rPr>
              <w:t>Externa</w:t>
            </w:r>
          </w:p>
        </w:tc>
        <w:tc>
          <w:tcPr>
            <w:tcW w:w="187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E75E33">
            <w:pPr>
              <w:spacing w:after="0"/>
            </w:pP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E75E33">
            <w:pPr>
              <w:spacing w:after="0"/>
            </w:pPr>
          </w:p>
        </w:tc>
        <w:tc>
          <w:tcPr>
            <w:tcW w:w="165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E75E33">
            <w:pPr>
              <w:spacing w:after="0"/>
            </w:pPr>
          </w:p>
        </w:tc>
        <w:tc>
          <w:tcPr>
            <w:tcW w:w="10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E75E33">
            <w:pPr>
              <w:spacing w:after="0"/>
            </w:pPr>
          </w:p>
        </w:tc>
        <w:tc>
          <w:tcPr>
            <w:tcW w:w="12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E75E33">
            <w:pPr>
              <w:spacing w:after="0"/>
            </w:pPr>
          </w:p>
        </w:tc>
        <w:tc>
          <w:tcPr>
            <w:tcW w:w="151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E75E33">
            <w:pPr>
              <w:spacing w:after="0"/>
            </w:pPr>
          </w:p>
        </w:tc>
        <w:tc>
          <w:tcPr>
            <w:tcW w:w="155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E75E33">
            <w:pPr>
              <w:spacing w:after="0"/>
            </w:pPr>
          </w:p>
        </w:tc>
        <w:tc>
          <w:tcPr>
            <w:tcW w:w="79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E75E33">
            <w:pPr>
              <w:spacing w:after="0"/>
            </w:pPr>
          </w:p>
        </w:tc>
        <w:tc>
          <w:tcPr>
            <w:tcW w:w="158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E75E33" w:rsidRDefault="00E75E33">
            <w:pPr>
              <w:spacing w:after="0"/>
            </w:pPr>
          </w:p>
        </w:tc>
      </w:tr>
    </w:tbl>
    <w:p w:rsidR="00E75E33" w:rsidRDefault="00151476">
      <w:pPr>
        <w:spacing w:after="20"/>
      </w:pPr>
      <w:r>
        <w:rPr>
          <w:sz w:val="15"/>
        </w:rPr>
        <w:t xml:space="preserve">Para perros con destino a Finlandia, Reino Unido, Irlanda, Malta o Noruega, verificar si corresponde aplicar un tratamiento antiparasitario </w:t>
      </w:r>
      <w:r>
        <w:rPr>
          <w:sz w:val="15"/>
        </w:rPr>
        <w:t>efectivo contra Echinococcus multilocularis y cumplir el plazo exigido por el país. Cuando corresponda, considerar su aplicación entre 24 y 120 horas antes del viaje.</w:t>
      </w:r>
    </w:p>
    <w:p w:rsidR="00E75E33" w:rsidRDefault="00151476">
      <w:pPr>
        <w:spacing w:after="20"/>
      </w:pPr>
      <w:r>
        <w:rPr>
          <w:sz w:val="15"/>
        </w:rPr>
        <w:t>Si el médico veterinario que firma este certificado no administró la vacuna o el tratamie</w:t>
      </w:r>
      <w:r>
        <w:rPr>
          <w:sz w:val="15"/>
        </w:rPr>
        <w:t>nto antiparasitario, debe adjuntar los respaldos documentales originales que verificó.</w:t>
      </w:r>
    </w:p>
    <w:p w:rsidR="001555A9" w:rsidRDefault="001555A9">
      <w:pPr>
        <w:spacing w:after="20"/>
        <w:rPr>
          <w:b/>
          <w:sz w:val="15"/>
        </w:rPr>
      </w:pPr>
    </w:p>
    <w:p w:rsidR="00E75E33" w:rsidRDefault="00151476">
      <w:pPr>
        <w:spacing w:after="20"/>
        <w:rPr>
          <w:b/>
          <w:sz w:val="15"/>
        </w:rPr>
      </w:pPr>
      <w:proofErr w:type="spellStart"/>
      <w:r>
        <w:rPr>
          <w:b/>
          <w:sz w:val="15"/>
        </w:rPr>
        <w:t>Observaciones</w:t>
      </w:r>
      <w:proofErr w:type="spellEnd"/>
      <w:r>
        <w:rPr>
          <w:b/>
          <w:sz w:val="15"/>
        </w:rPr>
        <w:t xml:space="preserve"> </w:t>
      </w:r>
      <w:proofErr w:type="spellStart"/>
      <w:r>
        <w:rPr>
          <w:b/>
          <w:sz w:val="15"/>
        </w:rPr>
        <w:t>sanitarias</w:t>
      </w:r>
      <w:proofErr w:type="spellEnd"/>
      <w:r>
        <w:rPr>
          <w:b/>
          <w:sz w:val="15"/>
        </w:rPr>
        <w:t xml:space="preserve"> </w:t>
      </w:r>
      <w:proofErr w:type="spellStart"/>
      <w:r>
        <w:rPr>
          <w:b/>
          <w:sz w:val="15"/>
        </w:rPr>
        <w:t>relevantes</w:t>
      </w:r>
      <w:proofErr w:type="spellEnd"/>
      <w:r>
        <w:rPr>
          <w:b/>
          <w:sz w:val="15"/>
        </w:rPr>
        <w:t>:</w:t>
      </w:r>
    </w:p>
    <w:p w:rsidR="001555A9" w:rsidRDefault="001555A9">
      <w:pPr>
        <w:spacing w:after="20"/>
      </w:pPr>
      <w:r>
        <w:rPr>
          <w:b/>
          <w:sz w:val="15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E11EA9">
        <w:rPr>
          <w:b/>
          <w:sz w:val="15"/>
        </w:rPr>
        <w:t>_______________________________</w:t>
      </w:r>
    </w:p>
    <w:sectPr w:rsidR="001555A9" w:rsidSect="00034616">
      <w:headerReference w:type="default" r:id="rId12"/>
      <w:footerReference w:type="default" r:id="rId13"/>
      <w:pgSz w:w="15840" w:h="12240" w:orient="landscape"/>
      <w:pgMar w:top="720" w:right="576" w:bottom="259" w:left="5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1476" w:rsidRDefault="00151476">
      <w:pPr>
        <w:spacing w:after="0" w:line="240" w:lineRule="auto"/>
      </w:pPr>
      <w:r>
        <w:separator/>
      </w:r>
    </w:p>
  </w:endnote>
  <w:endnote w:type="continuationSeparator" w:id="0">
    <w:p w:rsidR="00151476" w:rsidRDefault="001514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5E33" w:rsidRDefault="00151476">
    <w:pPr>
      <w:pStyle w:val="Piedepgina"/>
      <w:jc w:val="center"/>
    </w:pPr>
    <w:r>
      <w:rPr>
        <w:color w:val="6E6E6E"/>
        <w:sz w:val="14"/>
      </w:rPr>
      <w:t>Certificado de salud de perros o gatos para solicitar Certificado Zoosanitario de Exportación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5E33" w:rsidRDefault="00151476">
    <w:pPr>
      <w:pStyle w:val="Piedepgina"/>
      <w:jc w:val="center"/>
    </w:pPr>
    <w:r>
      <w:rPr>
        <w:color w:val="6E6E6E"/>
        <w:sz w:val="14"/>
      </w:rPr>
      <w:t>Certificado de salud de perros o gatos para solicitar Certificado Zoosanitario de Exportación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5E33" w:rsidRDefault="00151476">
    <w:pPr>
      <w:pStyle w:val="Piedepgina"/>
      <w:jc w:val="center"/>
    </w:pPr>
    <w:r>
      <w:rPr>
        <w:color w:val="6E6E6E"/>
        <w:sz w:val="14"/>
      </w:rPr>
      <w:t>Certificado de salud de perros o gatos para solicitar Certificado Zoosanitario de Exportación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1476" w:rsidRDefault="00151476">
      <w:pPr>
        <w:spacing w:after="0" w:line="240" w:lineRule="auto"/>
      </w:pPr>
      <w:r>
        <w:separator/>
      </w:r>
    </w:p>
  </w:footnote>
  <w:footnote w:type="continuationSeparator" w:id="0">
    <w:p w:rsidR="00151476" w:rsidRDefault="001514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5E33" w:rsidRDefault="00151476">
    <w:pPr>
      <w:pStyle w:val="Encabezado"/>
      <w:jc w:val="center"/>
    </w:pPr>
    <w:r>
      <w:rPr>
        <w:b/>
        <w:color w:val="1F6D55"/>
        <w:sz w:val="16"/>
      </w:rPr>
      <w:t>USO EXCLUSIVO DE MÉDICOS VETERINARIOS EN EJERCICIO PRIVADO</w:t>
    </w:r>
  </w:p>
  <w:p w:rsidR="00E75E33" w:rsidRDefault="00151476">
    <w:pPr>
      <w:jc w:val="center"/>
    </w:pPr>
    <w:r>
      <w:rPr>
        <w:color w:val="505050"/>
        <w:sz w:val="15"/>
      </w:rPr>
      <w:t xml:space="preserve">Este documento no reemplaza el Certificado Zoosanitario de Exportación emitido por el Servicio Agrícola y </w:t>
    </w:r>
    <w:r>
      <w:rPr>
        <w:color w:val="505050"/>
        <w:sz w:val="15"/>
      </w:rPr>
      <w:t>Ganadero (SAG) para la salida o el retorno de mascotas a Chile.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5E33" w:rsidRDefault="00151476">
    <w:pPr>
      <w:pStyle w:val="Encabezado"/>
      <w:jc w:val="center"/>
    </w:pPr>
    <w:r>
      <w:rPr>
        <w:b/>
        <w:color w:val="1F6D55"/>
        <w:sz w:val="16"/>
      </w:rPr>
      <w:t>USO EXCLUSIVO DE MÉDICOS VETERINARIOS EN EJERCICIO PRIVADO</w:t>
    </w:r>
  </w:p>
  <w:p w:rsidR="00E75E33" w:rsidRDefault="00151476">
    <w:pPr>
      <w:jc w:val="center"/>
    </w:pPr>
    <w:r>
      <w:rPr>
        <w:color w:val="505050"/>
        <w:sz w:val="15"/>
      </w:rPr>
      <w:t>Este documento no reemplaza el Certificado Zoosanitario de Exportación emitido por el Servicio Agrícola y Ganadero (SAG) para la salida o el retorno de</w:t>
    </w:r>
    <w:r>
      <w:rPr>
        <w:color w:val="505050"/>
        <w:sz w:val="15"/>
      </w:rPr>
      <w:t xml:space="preserve"> mascotas a Chile.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5E33" w:rsidRDefault="00151476">
    <w:pPr>
      <w:pStyle w:val="Encabezado"/>
      <w:jc w:val="center"/>
    </w:pPr>
    <w:r>
      <w:rPr>
        <w:b/>
        <w:color w:val="1F6D55"/>
        <w:sz w:val="16"/>
      </w:rPr>
      <w:t>USO EXCLUSIVO DE MÉDICOS VETERINARIOS EN EJERCICIO PRIVADO</w:t>
    </w:r>
  </w:p>
  <w:p w:rsidR="00E75E33" w:rsidRDefault="00151476">
    <w:pPr>
      <w:jc w:val="center"/>
    </w:pPr>
    <w:r>
      <w:rPr>
        <w:color w:val="505050"/>
        <w:sz w:val="15"/>
      </w:rPr>
      <w:t xml:space="preserve">Este documento no reemplaza el Certificado Zoosanitario de Exportación </w:t>
    </w:r>
    <w:r>
      <w:rPr>
        <w:color w:val="505050"/>
        <w:sz w:val="15"/>
      </w:rPr>
      <w:t>emitido por el Servicio Agrícola y Ganadero (SAG) para la salida o el retorno de mascotas a Chile.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B6D22B1"/>
    <w:multiLevelType w:val="hybridMultilevel"/>
    <w:tmpl w:val="790E74A2"/>
    <w:lvl w:ilvl="0" w:tplc="3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5E7462"/>
    <w:multiLevelType w:val="hybridMultilevel"/>
    <w:tmpl w:val="4368442C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B733BF"/>
    <w:multiLevelType w:val="hybridMultilevel"/>
    <w:tmpl w:val="A3903ACE"/>
    <w:lvl w:ilvl="0" w:tplc="3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0"/>
  </w:num>
  <w:num w:numId="11">
    <w:abstractNumId w:val="9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151476"/>
    <w:rsid w:val="001555A9"/>
    <w:rsid w:val="0029639D"/>
    <w:rsid w:val="00326F90"/>
    <w:rsid w:val="00337406"/>
    <w:rsid w:val="008503F5"/>
    <w:rsid w:val="00A25733"/>
    <w:rsid w:val="00AA1D8D"/>
    <w:rsid w:val="00AF1571"/>
    <w:rsid w:val="00B47730"/>
    <w:rsid w:val="00CB0664"/>
    <w:rsid w:val="00DD1B79"/>
    <w:rsid w:val="00E11EA9"/>
    <w:rsid w:val="00E75E3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E2C338"/>
  <w14:defaultImageDpi w14:val="300"/>
  <w15:docId w15:val="{448F2C25-08A9-4E6A-AD1C-507F7CB77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80"/>
    </w:pPr>
    <w:rPr>
      <w:rFonts w:ascii="Verdana" w:hAnsi="Verdana"/>
      <w:sz w:val="18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vnculo">
    <w:name w:val="Hyperlink"/>
    <w:basedOn w:val="Fuentedeprrafopredeter"/>
    <w:uiPriority w:val="99"/>
    <w:unhideWhenUsed/>
    <w:rsid w:val="00DD1B7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A957993-D85F-4ABF-B59D-833CD300D6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1434</Words>
  <Characters>7891</Characters>
  <Application>Microsoft Office Word</Application>
  <DocSecurity>0</DocSecurity>
  <Lines>65</Lines>
  <Paragraphs>18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9307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Veronica Cesare Fuenzalida</cp:lastModifiedBy>
  <cp:revision>5</cp:revision>
  <dcterms:created xsi:type="dcterms:W3CDTF">2026-10-13T18:32:00Z</dcterms:created>
  <dcterms:modified xsi:type="dcterms:W3CDTF">2026-10-13T19:52:00Z</dcterms:modified>
  <cp:category/>
</cp:coreProperties>
</file>